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93B24" w14:textId="4EADC13B" w:rsidR="0076437C" w:rsidRDefault="00000000">
      <w:pPr>
        <w:pStyle w:val="Title"/>
      </w:pPr>
      <w:proofErr w:type="spellStart"/>
      <w:r>
        <w:t>Nabanjan</w:t>
      </w:r>
      <w:proofErr w:type="spellEnd"/>
    </w:p>
    <w:p w14:paraId="501E7A97" w14:textId="77777777" w:rsidR="0076437C" w:rsidRDefault="00000000">
      <w:r>
        <w:t>Engineering Leader | Backend &amp; Distributed Systems | Automation Architect</w:t>
      </w:r>
    </w:p>
    <w:p w14:paraId="3C51DAA2" w14:textId="77777777" w:rsidR="0076437C" w:rsidRDefault="00000000">
      <w:pPr>
        <w:pStyle w:val="Heading1"/>
      </w:pPr>
      <w:r>
        <w:t>PROFESSIONAL SUMMARY</w:t>
      </w:r>
    </w:p>
    <w:p w14:paraId="2B3D4248" w14:textId="4264B794" w:rsidR="0076437C" w:rsidRDefault="00000000">
      <w:pPr>
        <w:pStyle w:val="ListBullet"/>
      </w:pPr>
      <w:r>
        <w:t xml:space="preserve">Engineering Leader with </w:t>
      </w:r>
      <w:r w:rsidR="00895646">
        <w:t>15</w:t>
      </w:r>
      <w:r>
        <w:t>+ years of experience across Apple, Meta, Mastercard and more</w:t>
      </w:r>
    </w:p>
    <w:p w14:paraId="68249E4B" w14:textId="77777777" w:rsidR="0076437C" w:rsidRDefault="00000000">
      <w:pPr>
        <w:pStyle w:val="ListBullet"/>
      </w:pPr>
      <w:r>
        <w:t>Expert in backend systems, distributed architecture, and automation frameworks</w:t>
      </w:r>
    </w:p>
    <w:p w14:paraId="5FD990CA" w14:textId="77777777" w:rsidR="0076437C" w:rsidRDefault="00000000">
      <w:pPr>
        <w:pStyle w:val="ListBullet"/>
      </w:pPr>
      <w:r>
        <w:t>Strong in C, C++, Java, Go, Python with deep systems and networking experience</w:t>
      </w:r>
    </w:p>
    <w:p w14:paraId="389484A7" w14:textId="77777777" w:rsidR="0076437C" w:rsidRDefault="00000000">
      <w:pPr>
        <w:pStyle w:val="ListBullet"/>
      </w:pPr>
      <w:r>
        <w:t>Extensive experience in test automation, performance engineering and CI/CD</w:t>
      </w:r>
    </w:p>
    <w:p w14:paraId="34B1CA65" w14:textId="77777777" w:rsidR="0076437C" w:rsidRDefault="00000000">
      <w:pPr>
        <w:pStyle w:val="ListBullet"/>
      </w:pPr>
      <w:r>
        <w:t>Led global teams and delivered large-scale high availability systems</w:t>
      </w:r>
    </w:p>
    <w:p w14:paraId="23AE425C" w14:textId="77777777" w:rsidR="0076437C" w:rsidRDefault="00000000">
      <w:pPr>
        <w:pStyle w:val="ListBullet"/>
      </w:pPr>
      <w:r>
        <w:t>Strong background in microservices, cloud (AWS), Kubernetes, Docker</w:t>
      </w:r>
    </w:p>
    <w:p w14:paraId="6F3489B4" w14:textId="77777777" w:rsidR="0076437C" w:rsidRDefault="00000000">
      <w:pPr>
        <w:pStyle w:val="ListBullet"/>
      </w:pPr>
      <w:r>
        <w:t>Proven impact including cost savings (22–25%) and performance improvements</w:t>
      </w:r>
    </w:p>
    <w:p w14:paraId="4D93A6C4" w14:textId="77777777" w:rsidR="0076437C" w:rsidRDefault="00000000">
      <w:pPr>
        <w:pStyle w:val="Heading1"/>
      </w:pPr>
      <w:r>
        <w:t>CORE SKILLS</w:t>
      </w:r>
    </w:p>
    <w:p w14:paraId="34718818" w14:textId="77777777" w:rsidR="0076437C" w:rsidRDefault="00000000">
      <w:pPr>
        <w:pStyle w:val="ListBullet"/>
      </w:pPr>
      <w:r>
        <w:t>Languages: C, C++, Java, Go, Python, C#, JavaScript, TypeScript, Scala, PHP</w:t>
      </w:r>
    </w:p>
    <w:p w14:paraId="027EC0DD" w14:textId="77777777" w:rsidR="0076437C" w:rsidRDefault="00000000">
      <w:pPr>
        <w:pStyle w:val="ListBullet"/>
      </w:pPr>
      <w:r>
        <w:t>Backend: Spring Boot, REST APIs, Distributed Systems, BFF APIs</w:t>
      </w:r>
    </w:p>
    <w:p w14:paraId="53B97DFB" w14:textId="77777777" w:rsidR="0076437C" w:rsidRDefault="00000000">
      <w:pPr>
        <w:pStyle w:val="ListBullet"/>
      </w:pPr>
      <w:r>
        <w:t>Automation: Cypress, Playwright, Selenium, Appium, TestNG, Cucumber</w:t>
      </w:r>
    </w:p>
    <w:p w14:paraId="0E22D9A9" w14:textId="77777777" w:rsidR="0076437C" w:rsidRDefault="00000000">
      <w:pPr>
        <w:pStyle w:val="ListBullet"/>
      </w:pPr>
      <w:r>
        <w:t>Performance: Gatling, JMeter, Apache Bench</w:t>
      </w:r>
    </w:p>
    <w:p w14:paraId="6A04D9D8" w14:textId="77777777" w:rsidR="0076437C" w:rsidRDefault="00000000">
      <w:pPr>
        <w:pStyle w:val="ListBullet"/>
      </w:pPr>
      <w:r>
        <w:t>Cloud/DevOps: AWS, Docker, Kubernetes, Jenkins</w:t>
      </w:r>
    </w:p>
    <w:p w14:paraId="57262F2D" w14:textId="77777777" w:rsidR="0076437C" w:rsidRDefault="00000000">
      <w:pPr>
        <w:pStyle w:val="ListBullet"/>
      </w:pPr>
      <w:r>
        <w:t>Databases: PostgreSQL, Oracle, MySQL, NoSQL</w:t>
      </w:r>
    </w:p>
    <w:p w14:paraId="6EECA6EA" w14:textId="77777777" w:rsidR="0076437C" w:rsidRDefault="00000000">
      <w:pPr>
        <w:pStyle w:val="ListBullet"/>
      </w:pPr>
      <w:r>
        <w:t>Other: Networking (TCP/IP, UDP), Multithreading, System Design</w:t>
      </w:r>
    </w:p>
    <w:p w14:paraId="07CC497C" w14:textId="77777777" w:rsidR="0076437C" w:rsidRDefault="00000000">
      <w:pPr>
        <w:pStyle w:val="Heading1"/>
      </w:pPr>
      <w:r>
        <w:t>PROFESSIONAL EXPERIENCE</w:t>
      </w:r>
    </w:p>
    <w:p w14:paraId="432BD1DE" w14:textId="77777777" w:rsidR="0076437C" w:rsidRDefault="00000000">
      <w:pPr>
        <w:pStyle w:val="Heading2"/>
      </w:pPr>
      <w:r>
        <w:t>Mastercard – O’Fallon, MO</w:t>
      </w:r>
    </w:p>
    <w:p w14:paraId="031F17DB" w14:textId="72979D9F" w:rsidR="0076437C" w:rsidRDefault="00000000">
      <w:r>
        <w:t xml:space="preserve">Software Engineering Consultant | May 2025 – </w:t>
      </w:r>
      <w:r w:rsidR="00895646">
        <w:t>Present</w:t>
      </w:r>
    </w:p>
    <w:p w14:paraId="5AE2D6BE" w14:textId="77777777" w:rsidR="0076437C" w:rsidRDefault="00000000">
      <w:pPr>
        <w:pStyle w:val="ListBullet"/>
      </w:pPr>
      <w:r>
        <w:t>Worked on Stand-In transaction processing system ensuring uninterrupted payments</w:t>
      </w:r>
    </w:p>
    <w:p w14:paraId="4B551AFB" w14:textId="77777777" w:rsidR="0076437C" w:rsidRDefault="00000000">
      <w:pPr>
        <w:pStyle w:val="ListBullet"/>
      </w:pPr>
      <w:r>
        <w:t>Performed API testing using Postman and integrated automation</w:t>
      </w:r>
    </w:p>
    <w:p w14:paraId="1AF8E581" w14:textId="77777777" w:rsidR="0076437C" w:rsidRDefault="00000000">
      <w:pPr>
        <w:pStyle w:val="ListBullet"/>
      </w:pPr>
      <w:r>
        <w:t>Developed backend test automation using Java/Spring Boot</w:t>
      </w:r>
    </w:p>
    <w:p w14:paraId="598942EE" w14:textId="77777777" w:rsidR="0076437C" w:rsidRDefault="00000000">
      <w:pPr>
        <w:pStyle w:val="ListBullet"/>
      </w:pPr>
      <w:r>
        <w:t>Built UI automation using Playwright and Cypress</w:t>
      </w:r>
    </w:p>
    <w:p w14:paraId="01D97FBA" w14:textId="77777777" w:rsidR="0076437C" w:rsidRDefault="00000000">
      <w:pPr>
        <w:pStyle w:val="ListBullet"/>
      </w:pPr>
      <w:r>
        <w:t>Used Jenkins for CI/CD automation</w:t>
      </w:r>
    </w:p>
    <w:p w14:paraId="1005BF31" w14:textId="77777777" w:rsidR="0076437C" w:rsidRDefault="00000000">
      <w:pPr>
        <w:pStyle w:val="ListBullet"/>
      </w:pPr>
      <w:r>
        <w:t>Led onshore and offshore QA teams</w:t>
      </w:r>
    </w:p>
    <w:p w14:paraId="47846C41" w14:textId="77777777" w:rsidR="0076437C" w:rsidRDefault="00000000">
      <w:pPr>
        <w:pStyle w:val="ListBullet"/>
      </w:pPr>
      <w:r>
        <w:t>Worked in Agile Scrum and used JIRA for tracking</w:t>
      </w:r>
    </w:p>
    <w:p w14:paraId="3E39E5F6" w14:textId="77777777" w:rsidR="0076437C" w:rsidRDefault="00000000">
      <w:pPr>
        <w:pStyle w:val="Heading2"/>
      </w:pPr>
      <w:r>
        <w:t>CarParts.com – Livermore, CA</w:t>
      </w:r>
    </w:p>
    <w:p w14:paraId="4E37DADE" w14:textId="77777777" w:rsidR="0076437C" w:rsidRDefault="00000000">
      <w:r>
        <w:t>Lead Software Consultant | Feb 2024 – Apr 2025</w:t>
      </w:r>
    </w:p>
    <w:p w14:paraId="4FD461F2" w14:textId="77777777" w:rsidR="0076437C" w:rsidRDefault="00000000">
      <w:pPr>
        <w:pStyle w:val="ListBullet"/>
      </w:pPr>
      <w:r>
        <w:lastRenderedPageBreak/>
        <w:t>Worked on e-commerce platform and OMS systems</w:t>
      </w:r>
    </w:p>
    <w:p w14:paraId="21BE5EF4" w14:textId="77777777" w:rsidR="0076437C" w:rsidRDefault="00000000">
      <w:pPr>
        <w:pStyle w:val="ListBullet"/>
      </w:pPr>
      <w:r>
        <w:t>Implemented membership features and automation</w:t>
      </w:r>
    </w:p>
    <w:p w14:paraId="1F4D688C" w14:textId="77777777" w:rsidR="0076437C" w:rsidRDefault="00000000">
      <w:pPr>
        <w:pStyle w:val="ListBullet"/>
      </w:pPr>
      <w:r>
        <w:t>Designed Procure-to-Pay workflow automation</w:t>
      </w:r>
    </w:p>
    <w:p w14:paraId="77B07548" w14:textId="77777777" w:rsidR="0076437C" w:rsidRDefault="00000000">
      <w:pPr>
        <w:pStyle w:val="ListBullet"/>
      </w:pPr>
      <w:r>
        <w:t>Built supplier onboarding and contract workflows</w:t>
      </w:r>
    </w:p>
    <w:p w14:paraId="479054B9" w14:textId="77777777" w:rsidR="0076437C" w:rsidRDefault="00000000">
      <w:pPr>
        <w:pStyle w:val="ListBullet"/>
      </w:pPr>
      <w:r>
        <w:t>Implemented rule-based approval and invoice matching</w:t>
      </w:r>
    </w:p>
    <w:p w14:paraId="070F29EF" w14:textId="77777777" w:rsidR="0076437C" w:rsidRDefault="00000000">
      <w:pPr>
        <w:pStyle w:val="ListBullet"/>
      </w:pPr>
      <w:r>
        <w:t>Achieved 22–25% cost savings through automation</w:t>
      </w:r>
    </w:p>
    <w:p w14:paraId="6BC85870" w14:textId="77777777" w:rsidR="0076437C" w:rsidRDefault="00000000">
      <w:pPr>
        <w:pStyle w:val="ListBullet"/>
      </w:pPr>
      <w:r>
        <w:t>Improved compliance and spending visibility</w:t>
      </w:r>
    </w:p>
    <w:p w14:paraId="7FF5BDBD" w14:textId="77777777" w:rsidR="0076437C" w:rsidRDefault="00000000">
      <w:pPr>
        <w:pStyle w:val="Heading2"/>
      </w:pPr>
      <w:r>
        <w:t>Topcon Positioning Systems</w:t>
      </w:r>
    </w:p>
    <w:p w14:paraId="117D0202" w14:textId="77777777" w:rsidR="0076437C" w:rsidRDefault="00000000">
      <w:r>
        <w:t>Software Consultant | Jun 2023 – Dec 2023</w:t>
      </w:r>
    </w:p>
    <w:p w14:paraId="03C2D46E" w14:textId="77777777" w:rsidR="0076437C" w:rsidRDefault="00000000">
      <w:pPr>
        <w:pStyle w:val="ListBullet"/>
      </w:pPr>
      <w:r>
        <w:t>Worked on embedded firmware systems using C++</w:t>
      </w:r>
    </w:p>
    <w:p w14:paraId="645C414C" w14:textId="77777777" w:rsidR="0076437C" w:rsidRDefault="00000000">
      <w:pPr>
        <w:pStyle w:val="ListBullet"/>
      </w:pPr>
      <w:r>
        <w:t>Implemented power control features and firmware logic</w:t>
      </w:r>
    </w:p>
    <w:p w14:paraId="4241E96F" w14:textId="77777777" w:rsidR="0076437C" w:rsidRDefault="00000000">
      <w:pPr>
        <w:pStyle w:val="ListBullet"/>
      </w:pPr>
      <w:r>
        <w:t>Built automation using Selenium, Appium and REST Assured</w:t>
      </w:r>
    </w:p>
    <w:p w14:paraId="75A52595" w14:textId="77777777" w:rsidR="0076437C" w:rsidRDefault="00000000">
      <w:pPr>
        <w:pStyle w:val="ListBullet"/>
      </w:pPr>
      <w:r>
        <w:t>Developed Python and shell scripts for deployment</w:t>
      </w:r>
    </w:p>
    <w:p w14:paraId="5B9FB24C" w14:textId="77777777" w:rsidR="0076437C" w:rsidRDefault="00000000">
      <w:pPr>
        <w:pStyle w:val="ListBullet"/>
      </w:pPr>
      <w:r>
        <w:t>Worked with serial communication and embedded systems</w:t>
      </w:r>
    </w:p>
    <w:p w14:paraId="1888007A" w14:textId="77777777" w:rsidR="0076437C" w:rsidRDefault="00000000">
      <w:pPr>
        <w:pStyle w:val="Heading2"/>
      </w:pPr>
      <w:r>
        <w:t>Meta</w:t>
      </w:r>
    </w:p>
    <w:p w14:paraId="34870D41" w14:textId="77777777" w:rsidR="0076437C" w:rsidRDefault="00000000">
      <w:r>
        <w:t>Software Consultant | Jan 2023 – Jun 2023</w:t>
      </w:r>
    </w:p>
    <w:p w14:paraId="3C1454A6" w14:textId="77777777" w:rsidR="0076437C" w:rsidRDefault="00000000">
      <w:pPr>
        <w:pStyle w:val="ListBullet"/>
      </w:pPr>
      <w:r>
        <w:t>Developed tools using Python and shell scripting</w:t>
      </w:r>
    </w:p>
    <w:p w14:paraId="73003C91" w14:textId="77777777" w:rsidR="0076437C" w:rsidRDefault="00000000">
      <w:pPr>
        <w:pStyle w:val="ListBullet"/>
      </w:pPr>
      <w:r>
        <w:t>Worked on C++ backend database systems</w:t>
      </w:r>
    </w:p>
    <w:p w14:paraId="6B2085D4" w14:textId="77777777" w:rsidR="0076437C" w:rsidRDefault="00000000">
      <w:pPr>
        <w:pStyle w:val="ListBullet"/>
      </w:pPr>
      <w:r>
        <w:t>Monitored dashboards and debugged performance issues</w:t>
      </w:r>
    </w:p>
    <w:p w14:paraId="59BAF94B" w14:textId="77777777" w:rsidR="0076437C" w:rsidRDefault="00000000">
      <w:pPr>
        <w:pStyle w:val="ListBullet"/>
      </w:pPr>
      <w:r>
        <w:t>Handled on-call production support</w:t>
      </w:r>
    </w:p>
    <w:p w14:paraId="74FAA602" w14:textId="77777777" w:rsidR="0076437C" w:rsidRDefault="00000000">
      <w:pPr>
        <w:pStyle w:val="Heading2"/>
      </w:pPr>
      <w:r>
        <w:t>Apple</w:t>
      </w:r>
    </w:p>
    <w:p w14:paraId="4EBF8CEB" w14:textId="77777777" w:rsidR="0076437C" w:rsidRDefault="00000000">
      <w:r>
        <w:t>Staff Engineer | Sep 2021 – Sep 2022</w:t>
      </w:r>
    </w:p>
    <w:p w14:paraId="258DE652" w14:textId="77777777" w:rsidR="0076437C" w:rsidRDefault="00000000">
      <w:pPr>
        <w:pStyle w:val="ListBullet"/>
      </w:pPr>
      <w:r>
        <w:t>Built Backend-for-Frontend APIs for apple.com</w:t>
      </w:r>
    </w:p>
    <w:p w14:paraId="4FC98E30" w14:textId="77777777" w:rsidR="0076437C" w:rsidRDefault="00000000">
      <w:pPr>
        <w:pStyle w:val="ListBullet"/>
      </w:pPr>
      <w:r>
        <w:t>Designed performance and automation frameworks</w:t>
      </w:r>
    </w:p>
    <w:p w14:paraId="02609C56" w14:textId="77777777" w:rsidR="0076437C" w:rsidRDefault="00000000">
      <w:pPr>
        <w:pStyle w:val="ListBullet"/>
      </w:pPr>
      <w:r>
        <w:t>Implemented caching and batch processing</w:t>
      </w:r>
    </w:p>
    <w:p w14:paraId="4F5A3B00" w14:textId="77777777" w:rsidR="0076437C" w:rsidRDefault="00000000">
      <w:pPr>
        <w:pStyle w:val="ListBullet"/>
      </w:pPr>
      <w:r>
        <w:t>Led architecture and code reviews</w:t>
      </w:r>
    </w:p>
    <w:p w14:paraId="53964BD6" w14:textId="77777777" w:rsidR="0076437C" w:rsidRDefault="00000000">
      <w:pPr>
        <w:pStyle w:val="ListBullet"/>
      </w:pPr>
      <w:r>
        <w:t>Worked with Kubernetes, Docker and AWS</w:t>
      </w:r>
    </w:p>
    <w:p w14:paraId="47E8439B" w14:textId="77777777" w:rsidR="0076437C" w:rsidRDefault="00000000">
      <w:pPr>
        <w:pStyle w:val="Heading2"/>
      </w:pPr>
      <w:r>
        <w:t>Equinix</w:t>
      </w:r>
    </w:p>
    <w:p w14:paraId="34767C9B" w14:textId="77777777" w:rsidR="0076437C" w:rsidRDefault="00000000">
      <w:r>
        <w:t>Staff Engineer | Jul 2020 – Jul 2021</w:t>
      </w:r>
    </w:p>
    <w:p w14:paraId="40972458" w14:textId="77777777" w:rsidR="0076437C" w:rsidRDefault="00000000">
      <w:pPr>
        <w:pStyle w:val="ListBullet"/>
      </w:pPr>
      <w:r>
        <w:t>Worked on Cloud Exchange Fabric microservices</w:t>
      </w:r>
    </w:p>
    <w:p w14:paraId="015A1C3D" w14:textId="77777777" w:rsidR="0076437C" w:rsidRDefault="00000000">
      <w:pPr>
        <w:pStyle w:val="ListBullet"/>
      </w:pPr>
      <w:r>
        <w:t>Built backend using Java/Spring Boot</w:t>
      </w:r>
    </w:p>
    <w:p w14:paraId="78FA0295" w14:textId="77777777" w:rsidR="0076437C" w:rsidRDefault="00000000">
      <w:pPr>
        <w:pStyle w:val="ListBullet"/>
      </w:pPr>
      <w:r>
        <w:t>Developed distributed systems at scale</w:t>
      </w:r>
    </w:p>
    <w:p w14:paraId="2A4217B3" w14:textId="77777777" w:rsidR="0076437C" w:rsidRDefault="00000000">
      <w:pPr>
        <w:pStyle w:val="Heading2"/>
      </w:pPr>
      <w:r>
        <w:t>Egnyte</w:t>
      </w:r>
    </w:p>
    <w:p w14:paraId="4493FFED" w14:textId="77777777" w:rsidR="0076437C" w:rsidRDefault="00000000">
      <w:r>
        <w:t>Senior Software Engineer | Apr 2019 – Jun 2020</w:t>
      </w:r>
    </w:p>
    <w:p w14:paraId="7CCDEF07" w14:textId="77777777" w:rsidR="0076437C" w:rsidRDefault="00000000">
      <w:pPr>
        <w:pStyle w:val="ListBullet"/>
      </w:pPr>
      <w:r>
        <w:t>Worked on smart caching system</w:t>
      </w:r>
    </w:p>
    <w:p w14:paraId="0357C7C6" w14:textId="77777777" w:rsidR="0076437C" w:rsidRDefault="00000000">
      <w:pPr>
        <w:pStyle w:val="ListBullet"/>
      </w:pPr>
      <w:r>
        <w:t>Built REST APIs and Docker containers</w:t>
      </w:r>
    </w:p>
    <w:p w14:paraId="59979D84" w14:textId="77777777" w:rsidR="0076437C" w:rsidRDefault="00000000">
      <w:pPr>
        <w:pStyle w:val="ListBullet"/>
      </w:pPr>
      <w:r>
        <w:t>Developed automation and performance frameworks</w:t>
      </w:r>
    </w:p>
    <w:p w14:paraId="2882BFB3" w14:textId="77777777" w:rsidR="0076437C" w:rsidRDefault="00000000">
      <w:pPr>
        <w:pStyle w:val="Heading2"/>
      </w:pPr>
      <w:r>
        <w:t>Conviva</w:t>
      </w:r>
    </w:p>
    <w:p w14:paraId="3B00FB56" w14:textId="77777777" w:rsidR="0076437C" w:rsidRDefault="00000000">
      <w:r>
        <w:t>Software Engineer | Apr 2017 – Feb 2019</w:t>
      </w:r>
    </w:p>
    <w:p w14:paraId="2FB6ECC2" w14:textId="77777777" w:rsidR="0076437C" w:rsidRDefault="00000000">
      <w:pPr>
        <w:pStyle w:val="ListBullet"/>
      </w:pPr>
      <w:r>
        <w:t>Worked on video analytics platform backend</w:t>
      </w:r>
    </w:p>
    <w:p w14:paraId="17A59224" w14:textId="77777777" w:rsidR="0076437C" w:rsidRDefault="00000000">
      <w:pPr>
        <w:pStyle w:val="ListBullet"/>
      </w:pPr>
      <w:r>
        <w:t>Developed automation frameworks</w:t>
      </w:r>
    </w:p>
    <w:p w14:paraId="45E42361" w14:textId="77777777" w:rsidR="0076437C" w:rsidRDefault="00000000">
      <w:pPr>
        <w:pStyle w:val="ListBullet"/>
      </w:pPr>
      <w:r>
        <w:t>Used AWS, Kafka, Redis for distributed systems</w:t>
      </w:r>
    </w:p>
    <w:p w14:paraId="5C2E11D5" w14:textId="77777777" w:rsidR="0076437C" w:rsidRDefault="00000000">
      <w:pPr>
        <w:pStyle w:val="Heading2"/>
      </w:pPr>
      <w:r>
        <w:t>Various Companies</w:t>
      </w:r>
    </w:p>
    <w:p w14:paraId="6E6F1129" w14:textId="77777777" w:rsidR="0076437C" w:rsidRDefault="00000000">
      <w:r>
        <w:t>Multiple Roles (Earlier Career) | 2009 – 2017</w:t>
      </w:r>
    </w:p>
    <w:p w14:paraId="35F24A9B" w14:textId="77777777" w:rsidR="0076437C" w:rsidRDefault="00000000">
      <w:pPr>
        <w:pStyle w:val="ListBullet"/>
      </w:pPr>
      <w:r>
        <w:t>Worked on C/C++ systems, networking and distributed platforms</w:t>
      </w:r>
    </w:p>
    <w:p w14:paraId="2B24E7C3" w14:textId="77777777" w:rsidR="0076437C" w:rsidRDefault="00000000">
      <w:pPr>
        <w:pStyle w:val="ListBullet"/>
      </w:pPr>
      <w:r>
        <w:t>Built automation frameworks and performance tools</w:t>
      </w:r>
    </w:p>
    <w:p w14:paraId="41DBFA4F" w14:textId="77777777" w:rsidR="0076437C" w:rsidRDefault="00000000">
      <w:pPr>
        <w:pStyle w:val="ListBullet"/>
      </w:pPr>
      <w:r>
        <w:t>Handled TCP/IP, HTTP systems and backend services</w:t>
      </w:r>
    </w:p>
    <w:p w14:paraId="2F1E73B4" w14:textId="77777777" w:rsidR="0076437C" w:rsidRDefault="00000000">
      <w:pPr>
        <w:pStyle w:val="ListBullet"/>
      </w:pPr>
      <w:r>
        <w:t>Developed scripts and deployment automation</w:t>
      </w:r>
    </w:p>
    <w:p w14:paraId="3E499369" w14:textId="77777777" w:rsidR="0076437C" w:rsidRDefault="00000000">
      <w:pPr>
        <w:pStyle w:val="ListBullet"/>
      </w:pPr>
      <w:r>
        <w:t>Led infrastructure and system design initiatives</w:t>
      </w:r>
    </w:p>
    <w:p w14:paraId="27A906E0" w14:textId="77777777" w:rsidR="0076437C" w:rsidRDefault="00000000">
      <w:pPr>
        <w:pStyle w:val="Heading1"/>
      </w:pPr>
      <w:r>
        <w:t>EDUCATION</w:t>
      </w:r>
    </w:p>
    <w:p w14:paraId="1A799026" w14:textId="77777777" w:rsidR="0076437C" w:rsidRDefault="00000000">
      <w:r>
        <w:t>M.S. Computer Engineering – Santa Clara University</w:t>
      </w:r>
    </w:p>
    <w:p w14:paraId="449BD44D" w14:textId="77777777" w:rsidR="0076437C" w:rsidRDefault="00000000">
      <w:r>
        <w:t>B.Tech Computer Science &amp; Engineering – IIT Kanpur</w:t>
      </w:r>
    </w:p>
    <w:p w14:paraId="292C674A" w14:textId="77777777" w:rsidR="0076437C" w:rsidRDefault="00000000">
      <w:pPr>
        <w:pStyle w:val="Heading1"/>
      </w:pPr>
      <w:r>
        <w:t>AWARDS &amp; PATENTS</w:t>
      </w:r>
    </w:p>
    <w:p w14:paraId="27834924" w14:textId="77777777" w:rsidR="0076437C" w:rsidRDefault="00000000">
      <w:pPr>
        <w:pStyle w:val="ListBullet"/>
      </w:pPr>
      <w:r>
        <w:t>Patent: Method for facilitating cell placement in integrated circuit design</w:t>
      </w:r>
    </w:p>
    <w:p w14:paraId="7299B9F3" w14:textId="77777777" w:rsidR="0076437C" w:rsidRDefault="00000000">
      <w:pPr>
        <w:pStyle w:val="ListBullet"/>
      </w:pPr>
      <w:r>
        <w:t>Publication: Surface Reconstruction (CSI)</w:t>
      </w:r>
    </w:p>
    <w:sectPr w:rsidR="0076437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F192085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98323028">
    <w:abstractNumId w:val="8"/>
  </w:num>
  <w:num w:numId="2" w16cid:durableId="1894340534">
    <w:abstractNumId w:val="6"/>
  </w:num>
  <w:num w:numId="3" w16cid:durableId="2041323306">
    <w:abstractNumId w:val="5"/>
  </w:num>
  <w:num w:numId="4" w16cid:durableId="286812776">
    <w:abstractNumId w:val="4"/>
  </w:num>
  <w:num w:numId="5" w16cid:durableId="66854143">
    <w:abstractNumId w:val="7"/>
  </w:num>
  <w:num w:numId="6" w16cid:durableId="947279155">
    <w:abstractNumId w:val="3"/>
  </w:num>
  <w:num w:numId="7" w16cid:durableId="893392664">
    <w:abstractNumId w:val="2"/>
  </w:num>
  <w:num w:numId="8" w16cid:durableId="1511676649">
    <w:abstractNumId w:val="1"/>
  </w:num>
  <w:num w:numId="9" w16cid:durableId="248540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6437C"/>
    <w:rsid w:val="00773DBD"/>
    <w:rsid w:val="0089564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47545F"/>
  <w14:defaultImageDpi w14:val="300"/>
  <w15:docId w15:val="{C3E9A4F8-1DBA-4FC4-887A-872EB49A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3799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Kushal Desai</cp:lastModifiedBy>
  <cp:revision>2</cp:revision>
  <dcterms:created xsi:type="dcterms:W3CDTF">2013-12-23T23:15:00Z</dcterms:created>
  <dcterms:modified xsi:type="dcterms:W3CDTF">2026-04-28T04:03:00Z</dcterms:modified>
  <cp:category/>
</cp:coreProperties>
</file>