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AF61C4" w14:textId="37821912" w:rsidR="00F728B6" w:rsidRPr="00F728B6" w:rsidRDefault="00F728B6" w:rsidP="00F728B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728B6">
        <w:rPr>
          <w:rFonts w:ascii="Times New Roman" w:hAnsi="Times New Roman" w:cs="Times New Roman"/>
          <w:b/>
          <w:bCs/>
          <w:sz w:val="24"/>
          <w:szCs w:val="24"/>
        </w:rPr>
        <w:t>Nabanjan Das</w:t>
      </w:r>
      <w:r w:rsidRPr="00F565C9">
        <w:rPr>
          <w:rFonts w:ascii="Times New Roman" w:hAnsi="Times New Roman" w:cs="Times New Roman"/>
          <w:b/>
          <w:bCs/>
          <w:sz w:val="24"/>
          <w:szCs w:val="24"/>
        </w:rPr>
        <w:t xml:space="preserve"> – Bay Area,</w:t>
      </w:r>
      <w:r w:rsidR="009F5FB0" w:rsidRPr="00F565C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565C9">
        <w:rPr>
          <w:rFonts w:ascii="Times New Roman" w:hAnsi="Times New Roman" w:cs="Times New Roman"/>
          <w:b/>
          <w:bCs/>
          <w:sz w:val="24"/>
          <w:szCs w:val="24"/>
        </w:rPr>
        <w:t>CA</w:t>
      </w:r>
    </w:p>
    <w:p w14:paraId="42C9E4A9" w14:textId="6CF33094" w:rsidR="00F728B6" w:rsidRPr="00F565C9" w:rsidRDefault="00F728B6" w:rsidP="00F728B6">
      <w:pPr>
        <w:rPr>
          <w:rFonts w:ascii="Times New Roman" w:hAnsi="Times New Roman" w:cs="Times New Roman"/>
          <w:sz w:val="24"/>
          <w:szCs w:val="24"/>
        </w:rPr>
      </w:pPr>
      <w:r w:rsidRPr="00F728B6">
        <w:rPr>
          <w:rFonts w:ascii="Times New Roman" w:hAnsi="Times New Roman" w:cs="Times New Roman"/>
          <w:b/>
          <w:bCs/>
          <w:sz w:val="24"/>
          <w:szCs w:val="24"/>
        </w:rPr>
        <w:t>Lead QA Automation Engineer | SDET Architect | QE Leader</w:t>
      </w:r>
      <w:r w:rsidRPr="00F728B6">
        <w:rPr>
          <w:rFonts w:ascii="Times New Roman" w:hAnsi="Times New Roman" w:cs="Times New Roman"/>
          <w:sz w:val="24"/>
          <w:szCs w:val="24"/>
        </w:rPr>
        <w:br/>
      </w:r>
    </w:p>
    <w:p w14:paraId="75AA32EB" w14:textId="179ED123" w:rsidR="00F728B6" w:rsidRPr="00F728B6" w:rsidRDefault="00F728B6" w:rsidP="00F728B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728B6">
        <w:rPr>
          <w:rFonts w:ascii="Times New Roman" w:hAnsi="Times New Roman" w:cs="Times New Roman"/>
          <w:b/>
          <w:bCs/>
          <w:sz w:val="24"/>
          <w:szCs w:val="24"/>
        </w:rPr>
        <w:t>PROFESSIONAL SUMMARY</w:t>
      </w:r>
    </w:p>
    <w:p w14:paraId="41F086A6" w14:textId="489B6BAB" w:rsidR="0001604C" w:rsidRPr="0001604C" w:rsidRDefault="0001604C" w:rsidP="0001604C">
      <w:pPr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01604C">
        <w:rPr>
          <w:rFonts w:ascii="Times New Roman" w:hAnsi="Times New Roman" w:cs="Times New Roman"/>
          <w:sz w:val="24"/>
          <w:szCs w:val="24"/>
        </w:rPr>
        <w:t>Lead QA Automation Engineer with 1</w:t>
      </w:r>
      <w:r w:rsidR="005960CC">
        <w:rPr>
          <w:rFonts w:ascii="Times New Roman" w:hAnsi="Times New Roman" w:cs="Times New Roman"/>
          <w:sz w:val="24"/>
          <w:szCs w:val="24"/>
        </w:rPr>
        <w:t>3</w:t>
      </w:r>
      <w:r w:rsidRPr="0001604C">
        <w:rPr>
          <w:rFonts w:ascii="Times New Roman" w:hAnsi="Times New Roman" w:cs="Times New Roman"/>
          <w:sz w:val="24"/>
          <w:szCs w:val="24"/>
        </w:rPr>
        <w:t xml:space="preserve">+ years of experience delivering scalable test solutions across FinTech, E-commerce, and cloud platforms </w:t>
      </w:r>
    </w:p>
    <w:p w14:paraId="38063459" w14:textId="77777777" w:rsidR="009C4F60" w:rsidRDefault="0001604C" w:rsidP="0001604C">
      <w:pPr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01604C">
        <w:rPr>
          <w:rFonts w:ascii="Times New Roman" w:hAnsi="Times New Roman" w:cs="Times New Roman"/>
          <w:sz w:val="24"/>
          <w:szCs w:val="24"/>
        </w:rPr>
        <w:t>Specialized in building end-to-end automation frameworks (UI, API, performance) and integrating them into CI/CD pipelines</w:t>
      </w:r>
      <w:r w:rsidR="009C4F60">
        <w:rPr>
          <w:rFonts w:ascii="Times New Roman" w:hAnsi="Times New Roman" w:cs="Times New Roman"/>
          <w:sz w:val="24"/>
          <w:szCs w:val="24"/>
        </w:rPr>
        <w:t>.</w:t>
      </w:r>
    </w:p>
    <w:p w14:paraId="131EC504" w14:textId="5B99D827" w:rsidR="00F728B6" w:rsidRPr="00F728B6" w:rsidRDefault="00F728B6" w:rsidP="0001604C">
      <w:pPr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F728B6">
        <w:rPr>
          <w:rFonts w:ascii="Times New Roman" w:hAnsi="Times New Roman" w:cs="Times New Roman"/>
          <w:sz w:val="24"/>
          <w:szCs w:val="24"/>
        </w:rPr>
        <w:t xml:space="preserve">Strong programming background in Python, Java, JavaScript/TypeScript, Go, and Scala </w:t>
      </w:r>
    </w:p>
    <w:p w14:paraId="1E78E3A0" w14:textId="77777777" w:rsidR="00F728B6" w:rsidRPr="00F728B6" w:rsidRDefault="00F728B6" w:rsidP="00F728B6">
      <w:pPr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F728B6">
        <w:rPr>
          <w:rFonts w:ascii="Times New Roman" w:hAnsi="Times New Roman" w:cs="Times New Roman"/>
          <w:sz w:val="24"/>
          <w:szCs w:val="24"/>
        </w:rPr>
        <w:t xml:space="preserve">Extensive experience integrating automation into CI/CD pipelines (Jenkins) to support continuous delivery </w:t>
      </w:r>
    </w:p>
    <w:p w14:paraId="1EC13B4E" w14:textId="77777777" w:rsidR="00F728B6" w:rsidRPr="00F728B6" w:rsidRDefault="00F728B6" w:rsidP="00F728B6">
      <w:pPr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F728B6">
        <w:rPr>
          <w:rFonts w:ascii="Times New Roman" w:hAnsi="Times New Roman" w:cs="Times New Roman"/>
          <w:sz w:val="24"/>
          <w:szCs w:val="24"/>
        </w:rPr>
        <w:t xml:space="preserve">Led distributed QA teams (onshore and offshore), driving quality initiatives and release execution </w:t>
      </w:r>
    </w:p>
    <w:p w14:paraId="760CF26E" w14:textId="77777777" w:rsidR="00F728B6" w:rsidRPr="00F728B6" w:rsidRDefault="00F728B6" w:rsidP="00F728B6">
      <w:pPr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F728B6">
        <w:rPr>
          <w:rFonts w:ascii="Times New Roman" w:hAnsi="Times New Roman" w:cs="Times New Roman"/>
          <w:sz w:val="24"/>
          <w:szCs w:val="24"/>
        </w:rPr>
        <w:t xml:space="preserve">Experienced in designing test strategies, improving automation coverage, and stabilizing large test suites </w:t>
      </w:r>
    </w:p>
    <w:p w14:paraId="69BD50A8" w14:textId="77777777" w:rsidR="00F728B6" w:rsidRPr="00F728B6" w:rsidRDefault="00F728B6" w:rsidP="00F728B6">
      <w:pPr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F728B6">
        <w:rPr>
          <w:rFonts w:ascii="Times New Roman" w:hAnsi="Times New Roman" w:cs="Times New Roman"/>
          <w:sz w:val="24"/>
          <w:szCs w:val="24"/>
        </w:rPr>
        <w:t xml:space="preserve">Worked on performance and load testing using Gatling and JMeter in high-scale environments </w:t>
      </w:r>
    </w:p>
    <w:p w14:paraId="1ECC300C" w14:textId="77777777" w:rsidR="00F728B6" w:rsidRPr="00F728B6" w:rsidRDefault="00F728B6" w:rsidP="00F728B6">
      <w:pPr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F728B6">
        <w:rPr>
          <w:rFonts w:ascii="Times New Roman" w:hAnsi="Times New Roman" w:cs="Times New Roman"/>
          <w:sz w:val="24"/>
          <w:szCs w:val="24"/>
        </w:rPr>
        <w:t xml:space="preserve">Familiar with cloud platforms (AWS, GCP) and containerized environments (Docker, Kubernetes) </w:t>
      </w:r>
    </w:p>
    <w:p w14:paraId="1A5C0F3C" w14:textId="77777777" w:rsidR="00F728B6" w:rsidRPr="00F728B6" w:rsidRDefault="00F728B6" w:rsidP="00F728B6">
      <w:pPr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F728B6">
        <w:rPr>
          <w:rFonts w:ascii="Times New Roman" w:hAnsi="Times New Roman" w:cs="Times New Roman"/>
          <w:sz w:val="24"/>
          <w:szCs w:val="24"/>
        </w:rPr>
        <w:t xml:space="preserve">Comfortable working in Agile environments and collaborating with cross-functional teams </w:t>
      </w:r>
    </w:p>
    <w:p w14:paraId="58C1203A" w14:textId="77777777" w:rsidR="00F728B6" w:rsidRPr="00F728B6" w:rsidRDefault="00F728B6" w:rsidP="00F728B6">
      <w:pPr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F728B6">
        <w:rPr>
          <w:rFonts w:ascii="Times New Roman" w:hAnsi="Times New Roman" w:cs="Times New Roman"/>
          <w:sz w:val="24"/>
          <w:szCs w:val="24"/>
        </w:rPr>
        <w:t xml:space="preserve">Consistently focused on improving release quality, reducing manual effort, and speeding up delivery cycles </w:t>
      </w:r>
    </w:p>
    <w:p w14:paraId="48A15FBD" w14:textId="403601C0" w:rsidR="00F728B6" w:rsidRPr="00F728B6" w:rsidRDefault="00F728B6" w:rsidP="00F728B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728B6">
        <w:rPr>
          <w:rFonts w:ascii="Times New Roman" w:hAnsi="Times New Roman" w:cs="Times New Roman"/>
          <w:b/>
          <w:bCs/>
          <w:sz w:val="24"/>
          <w:szCs w:val="24"/>
        </w:rPr>
        <w:t>CORE SKILLS</w:t>
      </w:r>
    </w:p>
    <w:p w14:paraId="71E2B604" w14:textId="77777777" w:rsidR="00F728B6" w:rsidRPr="00F728B6" w:rsidRDefault="00F728B6" w:rsidP="00F728B6">
      <w:pPr>
        <w:rPr>
          <w:rFonts w:ascii="Times New Roman" w:hAnsi="Times New Roman" w:cs="Times New Roman"/>
          <w:sz w:val="24"/>
          <w:szCs w:val="24"/>
        </w:rPr>
      </w:pPr>
      <w:r w:rsidRPr="00F728B6">
        <w:rPr>
          <w:rFonts w:ascii="Times New Roman" w:hAnsi="Times New Roman" w:cs="Times New Roman"/>
          <w:sz w:val="24"/>
          <w:szCs w:val="24"/>
        </w:rPr>
        <w:t>Languages: Python, Java, Go, Scala, C#, JavaScript, TypeScript</w:t>
      </w:r>
      <w:r w:rsidRPr="00F728B6">
        <w:rPr>
          <w:rFonts w:ascii="Times New Roman" w:hAnsi="Times New Roman" w:cs="Times New Roman"/>
          <w:sz w:val="24"/>
          <w:szCs w:val="24"/>
        </w:rPr>
        <w:br/>
        <w:t>Automation: Playwright, Cypress, Selenium, Appium, WebdriverIO</w:t>
      </w:r>
      <w:r w:rsidRPr="00F728B6">
        <w:rPr>
          <w:rFonts w:ascii="Times New Roman" w:hAnsi="Times New Roman" w:cs="Times New Roman"/>
          <w:sz w:val="24"/>
          <w:szCs w:val="24"/>
        </w:rPr>
        <w:br/>
        <w:t>API Testing: Rest Assured, Postman, PyTest, Django</w:t>
      </w:r>
      <w:r w:rsidRPr="00F728B6">
        <w:rPr>
          <w:rFonts w:ascii="Times New Roman" w:hAnsi="Times New Roman" w:cs="Times New Roman"/>
          <w:sz w:val="24"/>
          <w:szCs w:val="24"/>
        </w:rPr>
        <w:br/>
        <w:t>Performance: Gatling, JMeter</w:t>
      </w:r>
      <w:r w:rsidRPr="00F728B6">
        <w:rPr>
          <w:rFonts w:ascii="Times New Roman" w:hAnsi="Times New Roman" w:cs="Times New Roman"/>
          <w:sz w:val="24"/>
          <w:szCs w:val="24"/>
        </w:rPr>
        <w:br/>
        <w:t>Frameworks: BDD, Cucumber, TestNG, JUnit</w:t>
      </w:r>
      <w:r w:rsidRPr="00F728B6">
        <w:rPr>
          <w:rFonts w:ascii="Times New Roman" w:hAnsi="Times New Roman" w:cs="Times New Roman"/>
          <w:sz w:val="24"/>
          <w:szCs w:val="24"/>
        </w:rPr>
        <w:br/>
        <w:t>Cloud/DevOps: AWS (EC2, S3), GCP, Docker, Kubernetes, Jenkins</w:t>
      </w:r>
      <w:r w:rsidRPr="00F728B6">
        <w:rPr>
          <w:rFonts w:ascii="Times New Roman" w:hAnsi="Times New Roman" w:cs="Times New Roman"/>
          <w:sz w:val="24"/>
          <w:szCs w:val="24"/>
        </w:rPr>
        <w:br/>
      </w:r>
      <w:r w:rsidRPr="00F728B6">
        <w:rPr>
          <w:rFonts w:ascii="Times New Roman" w:hAnsi="Times New Roman" w:cs="Times New Roman"/>
          <w:sz w:val="24"/>
          <w:szCs w:val="24"/>
        </w:rPr>
        <w:lastRenderedPageBreak/>
        <w:t>Databases: PostgreSQL, MySQL, Oracle</w:t>
      </w:r>
      <w:r w:rsidRPr="00F728B6">
        <w:rPr>
          <w:rFonts w:ascii="Times New Roman" w:hAnsi="Times New Roman" w:cs="Times New Roman"/>
          <w:sz w:val="24"/>
          <w:szCs w:val="24"/>
        </w:rPr>
        <w:br/>
        <w:t>Tools: Jira, Zephyr, Git, Kibana, Grafana, Wireshark</w:t>
      </w:r>
    </w:p>
    <w:p w14:paraId="216DA7EC" w14:textId="1275C289" w:rsidR="00F728B6" w:rsidRPr="00F728B6" w:rsidRDefault="00F728B6" w:rsidP="00F728B6">
      <w:pPr>
        <w:rPr>
          <w:rFonts w:ascii="Times New Roman" w:hAnsi="Times New Roman" w:cs="Times New Roman"/>
          <w:sz w:val="24"/>
          <w:szCs w:val="24"/>
        </w:rPr>
      </w:pPr>
    </w:p>
    <w:p w14:paraId="06CFD4F1" w14:textId="77777777" w:rsidR="00F728B6" w:rsidRPr="00F728B6" w:rsidRDefault="00F728B6" w:rsidP="00F728B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728B6">
        <w:rPr>
          <w:rFonts w:ascii="Times New Roman" w:hAnsi="Times New Roman" w:cs="Times New Roman"/>
          <w:b/>
          <w:bCs/>
          <w:sz w:val="24"/>
          <w:szCs w:val="24"/>
        </w:rPr>
        <w:t>PROFESSIONAL EXPERIENCE</w:t>
      </w:r>
    </w:p>
    <w:p w14:paraId="2DF1B131" w14:textId="592618F4" w:rsidR="00F728B6" w:rsidRPr="00F728B6" w:rsidRDefault="00F728B6" w:rsidP="00F728B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728B6">
        <w:rPr>
          <w:rFonts w:ascii="Times New Roman" w:hAnsi="Times New Roman" w:cs="Times New Roman"/>
          <w:b/>
          <w:bCs/>
          <w:sz w:val="24"/>
          <w:szCs w:val="24"/>
        </w:rPr>
        <w:t>Mastercard, Inc.</w:t>
      </w:r>
      <w:r w:rsidRPr="00F565C9">
        <w:rPr>
          <w:rFonts w:ascii="Times New Roman" w:hAnsi="Times New Roman" w:cs="Times New Roman"/>
          <w:b/>
          <w:bCs/>
          <w:sz w:val="24"/>
          <w:szCs w:val="24"/>
        </w:rPr>
        <w:t xml:space="preserve"> - </w:t>
      </w:r>
      <w:r w:rsidRPr="00F728B6">
        <w:rPr>
          <w:rFonts w:ascii="Times New Roman" w:hAnsi="Times New Roman" w:cs="Times New Roman"/>
          <w:b/>
          <w:bCs/>
          <w:sz w:val="24"/>
          <w:szCs w:val="24"/>
        </w:rPr>
        <w:t>O’Fallon, MO</w:t>
      </w:r>
      <w:r w:rsidRPr="00F565C9">
        <w:rPr>
          <w:rFonts w:ascii="Times New Roman" w:hAnsi="Times New Roman" w:cs="Times New Roman"/>
          <w:sz w:val="24"/>
          <w:szCs w:val="24"/>
        </w:rPr>
        <w:tab/>
      </w:r>
    </w:p>
    <w:p w14:paraId="2C277BA5" w14:textId="0AFFD5D2" w:rsidR="00F728B6" w:rsidRPr="00F728B6" w:rsidRDefault="00F728B6" w:rsidP="00F728B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728B6">
        <w:rPr>
          <w:rFonts w:ascii="Times New Roman" w:hAnsi="Times New Roman" w:cs="Times New Roman"/>
          <w:b/>
          <w:bCs/>
          <w:sz w:val="24"/>
          <w:szCs w:val="24"/>
        </w:rPr>
        <w:t>Lead Software QA Consultant</w:t>
      </w:r>
      <w:r w:rsidRPr="00F565C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565C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565C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565C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565C9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1D58EF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Pr="00F728B6">
        <w:rPr>
          <w:rFonts w:ascii="Times New Roman" w:hAnsi="Times New Roman" w:cs="Times New Roman"/>
          <w:b/>
          <w:bCs/>
          <w:sz w:val="24"/>
          <w:szCs w:val="24"/>
        </w:rPr>
        <w:t>May 2025 – Present</w:t>
      </w:r>
    </w:p>
    <w:p w14:paraId="2C41A969" w14:textId="3B3ED66F" w:rsidR="009C4F60" w:rsidRPr="009C4F60" w:rsidRDefault="009C4F60" w:rsidP="009C4F60">
      <w:pPr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9C4F60">
        <w:rPr>
          <w:rFonts w:ascii="Times New Roman" w:hAnsi="Times New Roman" w:cs="Times New Roman"/>
          <w:sz w:val="24"/>
          <w:szCs w:val="24"/>
        </w:rPr>
        <w:t xml:space="preserve">Led QA efforts across distributed teams (onshore/offshore), improving release coordination and delivery efficiency </w:t>
      </w:r>
    </w:p>
    <w:p w14:paraId="61685629" w14:textId="7408E3CE" w:rsidR="009C4F60" w:rsidRDefault="009C4F60" w:rsidP="009C4F60">
      <w:pPr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9C4F60">
        <w:rPr>
          <w:rFonts w:ascii="Times New Roman" w:hAnsi="Times New Roman" w:cs="Times New Roman"/>
          <w:sz w:val="24"/>
          <w:szCs w:val="24"/>
        </w:rPr>
        <w:t>Owned QA for the Stand-In transaction processing system, ensuring uninterrupted payment processing during issuer downtime</w:t>
      </w:r>
    </w:p>
    <w:p w14:paraId="1C8E0A00" w14:textId="0BEEC0D5" w:rsidR="0001604C" w:rsidRDefault="0001604C" w:rsidP="009C4F60">
      <w:pPr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1604C">
        <w:rPr>
          <w:rFonts w:ascii="Times New Roman" w:hAnsi="Times New Roman" w:cs="Times New Roman"/>
          <w:sz w:val="24"/>
          <w:szCs w:val="24"/>
        </w:rPr>
        <w:t>Built a Playwright-based UI automation framework enabling parallel execution across browsers, reducing regression time by ~40%</w:t>
      </w:r>
    </w:p>
    <w:p w14:paraId="1B224CB3" w14:textId="501A5079" w:rsidR="00F728B6" w:rsidRPr="00F728B6" w:rsidRDefault="00F728B6" w:rsidP="00F728B6">
      <w:pPr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F728B6">
        <w:rPr>
          <w:rFonts w:ascii="Times New Roman" w:hAnsi="Times New Roman" w:cs="Times New Roman"/>
          <w:sz w:val="24"/>
          <w:szCs w:val="24"/>
        </w:rPr>
        <w:t xml:space="preserve">Developed backend API automation using Java and Spring Boot to improve service-level coverage </w:t>
      </w:r>
    </w:p>
    <w:p w14:paraId="0DE51ED6" w14:textId="77777777" w:rsidR="00F728B6" w:rsidRPr="00F728B6" w:rsidRDefault="00F728B6" w:rsidP="00F728B6">
      <w:pPr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F728B6">
        <w:rPr>
          <w:rFonts w:ascii="Times New Roman" w:hAnsi="Times New Roman" w:cs="Times New Roman"/>
          <w:sz w:val="24"/>
          <w:szCs w:val="24"/>
        </w:rPr>
        <w:t xml:space="preserve">Integrated automated tests into Jenkins pipelines to support continuous validation </w:t>
      </w:r>
    </w:p>
    <w:p w14:paraId="29DCA6E0" w14:textId="77777777" w:rsidR="00F728B6" w:rsidRPr="00F728B6" w:rsidRDefault="00F728B6" w:rsidP="00F728B6">
      <w:pPr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F728B6">
        <w:rPr>
          <w:rFonts w:ascii="Times New Roman" w:hAnsi="Times New Roman" w:cs="Times New Roman"/>
          <w:sz w:val="24"/>
          <w:szCs w:val="24"/>
        </w:rPr>
        <w:t xml:space="preserve">Worked closely with development teams in Agile cycles to ensure timely delivery </w:t>
      </w:r>
    </w:p>
    <w:p w14:paraId="10FA9C85" w14:textId="77777777" w:rsidR="00F728B6" w:rsidRPr="00F728B6" w:rsidRDefault="00F728B6" w:rsidP="00F728B6">
      <w:pPr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F728B6">
        <w:rPr>
          <w:rFonts w:ascii="Times New Roman" w:hAnsi="Times New Roman" w:cs="Times New Roman"/>
          <w:sz w:val="24"/>
          <w:szCs w:val="24"/>
        </w:rPr>
        <w:t xml:space="preserve">Coordinated work across onshore and offshore QA teams for releases </w:t>
      </w:r>
    </w:p>
    <w:p w14:paraId="7953562E" w14:textId="77777777" w:rsidR="00F728B6" w:rsidRPr="00F728B6" w:rsidRDefault="00F728B6" w:rsidP="00F728B6">
      <w:pPr>
        <w:rPr>
          <w:rFonts w:ascii="Times New Roman" w:hAnsi="Times New Roman" w:cs="Times New Roman"/>
          <w:sz w:val="24"/>
          <w:szCs w:val="24"/>
        </w:rPr>
      </w:pPr>
      <w:r w:rsidRPr="00F728B6">
        <w:rPr>
          <w:rFonts w:ascii="Times New Roman" w:hAnsi="Times New Roman" w:cs="Times New Roman"/>
          <w:b/>
          <w:bCs/>
          <w:sz w:val="24"/>
          <w:szCs w:val="24"/>
        </w:rPr>
        <w:t>Technologies:</w:t>
      </w:r>
      <w:r w:rsidRPr="00F728B6">
        <w:rPr>
          <w:rFonts w:ascii="Times New Roman" w:hAnsi="Times New Roman" w:cs="Times New Roman"/>
          <w:sz w:val="24"/>
          <w:szCs w:val="24"/>
        </w:rPr>
        <w:t xml:space="preserve"> Java, Spring Boot, Playwright, Cypress, JavaScript, TypeScript, Jenkins, Postman, PostgreSQL, Oracle, BDD, Cucumber</w:t>
      </w:r>
    </w:p>
    <w:p w14:paraId="0D1E27F0" w14:textId="48C5EBB0" w:rsidR="00F728B6" w:rsidRPr="00F728B6" w:rsidRDefault="00F728B6" w:rsidP="00F728B6">
      <w:pPr>
        <w:rPr>
          <w:rFonts w:ascii="Times New Roman" w:hAnsi="Times New Roman" w:cs="Times New Roman"/>
          <w:sz w:val="24"/>
          <w:szCs w:val="24"/>
        </w:rPr>
      </w:pPr>
    </w:p>
    <w:p w14:paraId="67E4FB9A" w14:textId="569529AC" w:rsidR="00F728B6" w:rsidRPr="00F565C9" w:rsidRDefault="00F728B6" w:rsidP="00F728B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728B6">
        <w:rPr>
          <w:rFonts w:ascii="Times New Roman" w:hAnsi="Times New Roman" w:cs="Times New Roman"/>
          <w:b/>
          <w:bCs/>
          <w:sz w:val="24"/>
          <w:szCs w:val="24"/>
        </w:rPr>
        <w:t>CarParts.com</w:t>
      </w:r>
      <w:r w:rsidRPr="00F565C9">
        <w:rPr>
          <w:rFonts w:ascii="Times New Roman" w:hAnsi="Times New Roman" w:cs="Times New Roman"/>
          <w:b/>
          <w:bCs/>
          <w:sz w:val="24"/>
          <w:szCs w:val="24"/>
        </w:rPr>
        <w:t xml:space="preserve"> - </w:t>
      </w:r>
      <w:r w:rsidRPr="00F728B6">
        <w:rPr>
          <w:rFonts w:ascii="Times New Roman" w:hAnsi="Times New Roman" w:cs="Times New Roman"/>
          <w:b/>
          <w:bCs/>
          <w:sz w:val="24"/>
          <w:szCs w:val="24"/>
        </w:rPr>
        <w:t>Livermore, CA</w:t>
      </w:r>
    </w:p>
    <w:p w14:paraId="58EED42A" w14:textId="208D6038" w:rsidR="00F728B6" w:rsidRPr="00F565C9" w:rsidRDefault="00F728B6" w:rsidP="00F728B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728B6">
        <w:rPr>
          <w:rFonts w:ascii="Times New Roman" w:hAnsi="Times New Roman" w:cs="Times New Roman"/>
          <w:b/>
          <w:bCs/>
          <w:sz w:val="24"/>
          <w:szCs w:val="24"/>
        </w:rPr>
        <w:t>Lead Software QA Consultant</w:t>
      </w:r>
      <w:r w:rsidRPr="00F565C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565C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565C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565C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565C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28B6">
        <w:rPr>
          <w:rFonts w:ascii="Times New Roman" w:hAnsi="Times New Roman" w:cs="Times New Roman"/>
          <w:b/>
          <w:bCs/>
          <w:sz w:val="24"/>
          <w:szCs w:val="24"/>
        </w:rPr>
        <w:t>Feb 2024 – Mar 2025</w:t>
      </w:r>
    </w:p>
    <w:p w14:paraId="1B6E8B8A" w14:textId="77777777" w:rsidR="00F728B6" w:rsidRDefault="00F728B6" w:rsidP="00F728B6">
      <w:pPr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F728B6">
        <w:rPr>
          <w:rFonts w:ascii="Times New Roman" w:hAnsi="Times New Roman" w:cs="Times New Roman"/>
          <w:sz w:val="24"/>
          <w:szCs w:val="24"/>
        </w:rPr>
        <w:t xml:space="preserve">Supported QA for a large-scale e-commerce platform rebuild </w:t>
      </w:r>
    </w:p>
    <w:p w14:paraId="2D008AC9" w14:textId="201EF446" w:rsidR="0001604C" w:rsidRPr="00F728B6" w:rsidRDefault="0001604C" w:rsidP="00F728B6">
      <w:pPr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01604C">
        <w:rPr>
          <w:rFonts w:ascii="Times New Roman" w:hAnsi="Times New Roman" w:cs="Times New Roman"/>
          <w:sz w:val="24"/>
          <w:szCs w:val="24"/>
        </w:rPr>
        <w:t>Migrated UI automation to Playwright and Cypress, improving test execution speed and reducing flaky tests</w:t>
      </w:r>
    </w:p>
    <w:p w14:paraId="7AEBF3DD" w14:textId="77777777" w:rsidR="00F728B6" w:rsidRPr="00F728B6" w:rsidRDefault="00F728B6" w:rsidP="00F728B6">
      <w:pPr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F728B6">
        <w:rPr>
          <w:rFonts w:ascii="Times New Roman" w:hAnsi="Times New Roman" w:cs="Times New Roman"/>
          <w:sz w:val="24"/>
          <w:szCs w:val="24"/>
        </w:rPr>
        <w:t xml:space="preserve">Designed and implemented an automation framework using Java, Selenium, and TestNG </w:t>
      </w:r>
    </w:p>
    <w:p w14:paraId="52EF6155" w14:textId="77777777" w:rsidR="00F728B6" w:rsidRPr="00F728B6" w:rsidRDefault="00F728B6" w:rsidP="00F728B6">
      <w:pPr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F728B6">
        <w:rPr>
          <w:rFonts w:ascii="Times New Roman" w:hAnsi="Times New Roman" w:cs="Times New Roman"/>
          <w:sz w:val="24"/>
          <w:szCs w:val="24"/>
        </w:rPr>
        <w:t xml:space="preserve">Built reusable, data-driven testing components to simplify regression coverage </w:t>
      </w:r>
    </w:p>
    <w:p w14:paraId="4475E2A1" w14:textId="77777777" w:rsidR="00F728B6" w:rsidRPr="00F728B6" w:rsidRDefault="00F728B6" w:rsidP="00F728B6">
      <w:pPr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F728B6">
        <w:rPr>
          <w:rFonts w:ascii="Times New Roman" w:hAnsi="Times New Roman" w:cs="Times New Roman"/>
          <w:sz w:val="24"/>
          <w:szCs w:val="24"/>
        </w:rPr>
        <w:t xml:space="preserve">Worked on API validation and integrated tests into CI/CD workflows </w:t>
      </w:r>
    </w:p>
    <w:p w14:paraId="12AB7EAC" w14:textId="6F80704A" w:rsidR="0001604C" w:rsidRDefault="00F728B6" w:rsidP="0001604C">
      <w:pPr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F728B6">
        <w:rPr>
          <w:rFonts w:ascii="Times New Roman" w:hAnsi="Times New Roman" w:cs="Times New Roman"/>
          <w:sz w:val="24"/>
          <w:szCs w:val="24"/>
        </w:rPr>
        <w:t xml:space="preserve">Ensured browser compatibility across multiple environments using Selenium Grid </w:t>
      </w:r>
    </w:p>
    <w:p w14:paraId="7CE2DC78" w14:textId="08EAED5A" w:rsidR="009C4F60" w:rsidRPr="0001604C" w:rsidRDefault="009C4F60" w:rsidP="0001604C">
      <w:pPr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9C4F60">
        <w:rPr>
          <w:rFonts w:ascii="Times New Roman" w:hAnsi="Times New Roman" w:cs="Times New Roman"/>
          <w:sz w:val="24"/>
          <w:szCs w:val="24"/>
        </w:rPr>
        <w:t>Reduced regression cycle time by improving automation coverage and stability</w:t>
      </w:r>
    </w:p>
    <w:p w14:paraId="5AAAF095" w14:textId="77777777" w:rsidR="00F728B6" w:rsidRPr="00F728B6" w:rsidRDefault="00F728B6" w:rsidP="00F728B6">
      <w:pPr>
        <w:rPr>
          <w:rFonts w:ascii="Times New Roman" w:hAnsi="Times New Roman" w:cs="Times New Roman"/>
          <w:sz w:val="24"/>
          <w:szCs w:val="24"/>
        </w:rPr>
      </w:pPr>
      <w:r w:rsidRPr="00F728B6">
        <w:rPr>
          <w:rFonts w:ascii="Times New Roman" w:hAnsi="Times New Roman" w:cs="Times New Roman"/>
          <w:b/>
          <w:bCs/>
          <w:sz w:val="24"/>
          <w:szCs w:val="24"/>
        </w:rPr>
        <w:t>Technologies:</w:t>
      </w:r>
      <w:r w:rsidRPr="00F728B6">
        <w:rPr>
          <w:rFonts w:ascii="Times New Roman" w:hAnsi="Times New Roman" w:cs="Times New Roman"/>
          <w:sz w:val="24"/>
          <w:szCs w:val="24"/>
        </w:rPr>
        <w:t xml:space="preserve"> Java, Selenium, TestNG, Playwright, Cypress, JavaScript, Jenkins, Postman, Jira</w:t>
      </w:r>
    </w:p>
    <w:p w14:paraId="6ADC768B" w14:textId="0FCB7EF3" w:rsidR="00F728B6" w:rsidRPr="00F728B6" w:rsidRDefault="00F728B6" w:rsidP="00F728B6">
      <w:pPr>
        <w:rPr>
          <w:rFonts w:ascii="Times New Roman" w:hAnsi="Times New Roman" w:cs="Times New Roman"/>
          <w:sz w:val="24"/>
          <w:szCs w:val="24"/>
        </w:rPr>
      </w:pPr>
    </w:p>
    <w:p w14:paraId="3AE996AF" w14:textId="37D5568F" w:rsidR="00F728B6" w:rsidRPr="00F565C9" w:rsidRDefault="00F728B6" w:rsidP="00F728B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728B6">
        <w:rPr>
          <w:rFonts w:ascii="Times New Roman" w:hAnsi="Times New Roman" w:cs="Times New Roman"/>
          <w:b/>
          <w:bCs/>
          <w:sz w:val="24"/>
          <w:szCs w:val="24"/>
        </w:rPr>
        <w:t>Topcon</w:t>
      </w:r>
      <w:r w:rsidRPr="00F565C9">
        <w:rPr>
          <w:rFonts w:ascii="Times New Roman" w:hAnsi="Times New Roman" w:cs="Times New Roman"/>
          <w:b/>
          <w:bCs/>
          <w:sz w:val="24"/>
          <w:szCs w:val="24"/>
        </w:rPr>
        <w:t xml:space="preserve"> - </w:t>
      </w:r>
      <w:r w:rsidRPr="00F728B6">
        <w:rPr>
          <w:rFonts w:ascii="Times New Roman" w:hAnsi="Times New Roman" w:cs="Times New Roman"/>
          <w:b/>
          <w:bCs/>
          <w:sz w:val="24"/>
          <w:szCs w:val="24"/>
        </w:rPr>
        <w:t>Livermore, CA</w:t>
      </w:r>
      <w:r w:rsidRPr="00F565C9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26BC9A59" w14:textId="75DAB5A6" w:rsidR="00F728B6" w:rsidRPr="00F728B6" w:rsidRDefault="00F728B6" w:rsidP="00F728B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728B6">
        <w:rPr>
          <w:rFonts w:ascii="Times New Roman" w:hAnsi="Times New Roman" w:cs="Times New Roman"/>
          <w:b/>
          <w:bCs/>
          <w:sz w:val="24"/>
          <w:szCs w:val="24"/>
        </w:rPr>
        <w:t>Lead Software QA Consultant</w:t>
      </w:r>
      <w:r w:rsidRPr="00F565C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565C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565C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565C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565C9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1D58E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728B6">
        <w:rPr>
          <w:rFonts w:ascii="Times New Roman" w:hAnsi="Times New Roman" w:cs="Times New Roman"/>
          <w:b/>
          <w:bCs/>
          <w:sz w:val="24"/>
          <w:szCs w:val="24"/>
        </w:rPr>
        <w:t>Jun 2023 – Jan 2024</w:t>
      </w:r>
    </w:p>
    <w:p w14:paraId="631953B1" w14:textId="77777777" w:rsidR="00F728B6" w:rsidRPr="00F728B6" w:rsidRDefault="00F728B6" w:rsidP="00F728B6">
      <w:pPr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F728B6">
        <w:rPr>
          <w:rFonts w:ascii="Times New Roman" w:hAnsi="Times New Roman" w:cs="Times New Roman"/>
          <w:sz w:val="24"/>
          <w:szCs w:val="24"/>
        </w:rPr>
        <w:t xml:space="preserve">Led QA and automation for embedded positioning systems and related applications </w:t>
      </w:r>
    </w:p>
    <w:p w14:paraId="5DAC92FA" w14:textId="77777777" w:rsidR="00F728B6" w:rsidRPr="00F728B6" w:rsidRDefault="00F728B6" w:rsidP="00F728B6">
      <w:pPr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F728B6">
        <w:rPr>
          <w:rFonts w:ascii="Times New Roman" w:hAnsi="Times New Roman" w:cs="Times New Roman"/>
          <w:sz w:val="24"/>
          <w:szCs w:val="24"/>
        </w:rPr>
        <w:t xml:space="preserve">Built Python and shell-based scripts to support deployment and testing workflows </w:t>
      </w:r>
    </w:p>
    <w:p w14:paraId="408F6D51" w14:textId="77777777" w:rsidR="00F728B6" w:rsidRPr="00F728B6" w:rsidRDefault="00F728B6" w:rsidP="00F728B6">
      <w:pPr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F728B6">
        <w:rPr>
          <w:rFonts w:ascii="Times New Roman" w:hAnsi="Times New Roman" w:cs="Times New Roman"/>
          <w:sz w:val="24"/>
          <w:szCs w:val="24"/>
        </w:rPr>
        <w:t xml:space="preserve">Developed UI automation using Selenium and later migrated parts of the framework to Cypress </w:t>
      </w:r>
    </w:p>
    <w:p w14:paraId="596196DD" w14:textId="77777777" w:rsidR="00F728B6" w:rsidRPr="00F728B6" w:rsidRDefault="00F728B6" w:rsidP="00F728B6">
      <w:pPr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F728B6">
        <w:rPr>
          <w:rFonts w:ascii="Times New Roman" w:hAnsi="Times New Roman" w:cs="Times New Roman"/>
          <w:sz w:val="24"/>
          <w:szCs w:val="24"/>
        </w:rPr>
        <w:t xml:space="preserve">Implemented proxy-based solutions to enable UI testing without backend dependencies </w:t>
      </w:r>
    </w:p>
    <w:p w14:paraId="0FE57F58" w14:textId="77777777" w:rsidR="00F728B6" w:rsidRPr="00F728B6" w:rsidRDefault="00F728B6" w:rsidP="00F728B6">
      <w:pPr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F728B6">
        <w:rPr>
          <w:rFonts w:ascii="Times New Roman" w:hAnsi="Times New Roman" w:cs="Times New Roman"/>
          <w:sz w:val="24"/>
          <w:szCs w:val="24"/>
        </w:rPr>
        <w:t xml:space="preserve">Integrated automation into CI/CD pipelines to streamline releases </w:t>
      </w:r>
    </w:p>
    <w:p w14:paraId="72530B63" w14:textId="77777777" w:rsidR="00F728B6" w:rsidRPr="00F728B6" w:rsidRDefault="00F728B6" w:rsidP="00F728B6">
      <w:pPr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F728B6">
        <w:rPr>
          <w:rFonts w:ascii="Times New Roman" w:hAnsi="Times New Roman" w:cs="Times New Roman"/>
          <w:sz w:val="24"/>
          <w:szCs w:val="24"/>
        </w:rPr>
        <w:t xml:space="preserve">Assisted in debugging issues within embedded C/C++ components </w:t>
      </w:r>
    </w:p>
    <w:p w14:paraId="76E8CC8C" w14:textId="77777777" w:rsidR="00F728B6" w:rsidRPr="00F728B6" w:rsidRDefault="00F728B6" w:rsidP="00F728B6">
      <w:pPr>
        <w:rPr>
          <w:rFonts w:ascii="Times New Roman" w:hAnsi="Times New Roman" w:cs="Times New Roman"/>
          <w:sz w:val="24"/>
          <w:szCs w:val="24"/>
        </w:rPr>
      </w:pPr>
      <w:r w:rsidRPr="00F728B6">
        <w:rPr>
          <w:rFonts w:ascii="Times New Roman" w:hAnsi="Times New Roman" w:cs="Times New Roman"/>
          <w:b/>
          <w:bCs/>
          <w:sz w:val="24"/>
          <w:szCs w:val="24"/>
        </w:rPr>
        <w:t>Technologies:</w:t>
      </w:r>
      <w:r w:rsidRPr="00F728B6">
        <w:rPr>
          <w:rFonts w:ascii="Times New Roman" w:hAnsi="Times New Roman" w:cs="Times New Roman"/>
          <w:sz w:val="24"/>
          <w:szCs w:val="24"/>
        </w:rPr>
        <w:t xml:space="preserve"> Python, Shell scripting, Java, Selenium, Cypress, AWS EC2, Django, Jenkins, C/C++, CMake, Wireshark</w:t>
      </w:r>
    </w:p>
    <w:p w14:paraId="5BFC132A" w14:textId="164D2D3F" w:rsidR="00F728B6" w:rsidRPr="00F728B6" w:rsidRDefault="00F728B6" w:rsidP="00F728B6">
      <w:pPr>
        <w:rPr>
          <w:rFonts w:ascii="Times New Roman" w:hAnsi="Times New Roman" w:cs="Times New Roman"/>
          <w:sz w:val="24"/>
          <w:szCs w:val="24"/>
        </w:rPr>
      </w:pPr>
    </w:p>
    <w:p w14:paraId="70781948" w14:textId="71BC4E4E" w:rsidR="00F728B6" w:rsidRPr="00F728B6" w:rsidRDefault="00F728B6" w:rsidP="00F728B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728B6">
        <w:rPr>
          <w:rFonts w:ascii="Times New Roman" w:hAnsi="Times New Roman" w:cs="Times New Roman"/>
          <w:b/>
          <w:bCs/>
          <w:sz w:val="24"/>
          <w:szCs w:val="24"/>
        </w:rPr>
        <w:t>Meta</w:t>
      </w:r>
      <w:r w:rsidR="004420E9" w:rsidRPr="00F565C9">
        <w:rPr>
          <w:rFonts w:ascii="Times New Roman" w:hAnsi="Times New Roman" w:cs="Times New Roman"/>
          <w:b/>
          <w:bCs/>
          <w:sz w:val="24"/>
          <w:szCs w:val="24"/>
        </w:rPr>
        <w:t xml:space="preserve"> - </w:t>
      </w:r>
      <w:r w:rsidR="004420E9" w:rsidRPr="00F728B6">
        <w:rPr>
          <w:rFonts w:ascii="Times New Roman" w:hAnsi="Times New Roman" w:cs="Times New Roman"/>
          <w:b/>
          <w:bCs/>
          <w:sz w:val="24"/>
          <w:szCs w:val="24"/>
        </w:rPr>
        <w:t>Menlo Park, CA</w:t>
      </w:r>
    </w:p>
    <w:p w14:paraId="4A6ED5FE" w14:textId="378BBE8F" w:rsidR="00F728B6" w:rsidRPr="00F728B6" w:rsidRDefault="004420E9" w:rsidP="00F728B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728B6">
        <w:rPr>
          <w:rFonts w:ascii="Times New Roman" w:hAnsi="Times New Roman" w:cs="Times New Roman"/>
          <w:b/>
          <w:bCs/>
          <w:sz w:val="24"/>
          <w:szCs w:val="24"/>
        </w:rPr>
        <w:t>Software Consultant</w:t>
      </w:r>
      <w:r w:rsidRPr="00F565C9">
        <w:rPr>
          <w:rFonts w:ascii="Times New Roman" w:hAnsi="Times New Roman" w:cs="Times New Roman"/>
          <w:sz w:val="24"/>
          <w:szCs w:val="24"/>
        </w:rPr>
        <w:tab/>
      </w:r>
      <w:r w:rsidRPr="00F565C9">
        <w:rPr>
          <w:rFonts w:ascii="Times New Roman" w:hAnsi="Times New Roman" w:cs="Times New Roman"/>
          <w:sz w:val="24"/>
          <w:szCs w:val="24"/>
        </w:rPr>
        <w:tab/>
      </w:r>
      <w:r w:rsidRPr="00F565C9">
        <w:rPr>
          <w:rFonts w:ascii="Times New Roman" w:hAnsi="Times New Roman" w:cs="Times New Roman"/>
          <w:sz w:val="24"/>
          <w:szCs w:val="24"/>
        </w:rPr>
        <w:tab/>
      </w:r>
      <w:r w:rsidRPr="00F565C9">
        <w:rPr>
          <w:rFonts w:ascii="Times New Roman" w:hAnsi="Times New Roman" w:cs="Times New Roman"/>
          <w:sz w:val="24"/>
          <w:szCs w:val="24"/>
        </w:rPr>
        <w:tab/>
      </w:r>
      <w:r w:rsidRPr="00F565C9">
        <w:rPr>
          <w:rFonts w:ascii="Times New Roman" w:hAnsi="Times New Roman" w:cs="Times New Roman"/>
          <w:sz w:val="24"/>
          <w:szCs w:val="24"/>
        </w:rPr>
        <w:tab/>
      </w:r>
      <w:r w:rsidRPr="00F565C9">
        <w:rPr>
          <w:rFonts w:ascii="Times New Roman" w:hAnsi="Times New Roman" w:cs="Times New Roman"/>
          <w:sz w:val="24"/>
          <w:szCs w:val="24"/>
        </w:rPr>
        <w:tab/>
      </w:r>
      <w:r w:rsidRPr="00F565C9">
        <w:rPr>
          <w:rFonts w:ascii="Times New Roman" w:hAnsi="Times New Roman" w:cs="Times New Roman"/>
          <w:sz w:val="24"/>
          <w:szCs w:val="24"/>
        </w:rPr>
        <w:tab/>
      </w:r>
      <w:r w:rsidR="00F728B6" w:rsidRPr="00F728B6">
        <w:rPr>
          <w:rFonts w:ascii="Times New Roman" w:hAnsi="Times New Roman" w:cs="Times New Roman"/>
          <w:b/>
          <w:bCs/>
          <w:sz w:val="24"/>
          <w:szCs w:val="24"/>
        </w:rPr>
        <w:t>Jan 2023 – May 2023</w:t>
      </w:r>
    </w:p>
    <w:p w14:paraId="19144E69" w14:textId="77777777" w:rsidR="00F728B6" w:rsidRPr="00F728B6" w:rsidRDefault="00F728B6" w:rsidP="00F728B6">
      <w:pPr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F728B6">
        <w:rPr>
          <w:rFonts w:ascii="Times New Roman" w:hAnsi="Times New Roman" w:cs="Times New Roman"/>
          <w:sz w:val="24"/>
          <w:szCs w:val="24"/>
        </w:rPr>
        <w:t xml:space="preserve">Developed internal tools using Python and shell scripting to support operational workflows </w:t>
      </w:r>
    </w:p>
    <w:p w14:paraId="3B10E384" w14:textId="77777777" w:rsidR="00F728B6" w:rsidRPr="00F728B6" w:rsidRDefault="00F728B6" w:rsidP="00F728B6">
      <w:pPr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F728B6">
        <w:rPr>
          <w:rFonts w:ascii="Times New Roman" w:hAnsi="Times New Roman" w:cs="Times New Roman"/>
          <w:sz w:val="24"/>
          <w:szCs w:val="24"/>
        </w:rPr>
        <w:t xml:space="preserve">Automated UI testing for dashboards used by the Operational Data Store team </w:t>
      </w:r>
    </w:p>
    <w:p w14:paraId="11F522D6" w14:textId="77777777" w:rsidR="00F728B6" w:rsidRPr="00F728B6" w:rsidRDefault="00F728B6" w:rsidP="00F728B6">
      <w:pPr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F728B6">
        <w:rPr>
          <w:rFonts w:ascii="Times New Roman" w:hAnsi="Times New Roman" w:cs="Times New Roman"/>
          <w:sz w:val="24"/>
          <w:szCs w:val="24"/>
        </w:rPr>
        <w:t xml:space="preserve">Helped improve efficiency in data validation and reporting processes </w:t>
      </w:r>
    </w:p>
    <w:p w14:paraId="04462418" w14:textId="77777777" w:rsidR="00F728B6" w:rsidRPr="00F728B6" w:rsidRDefault="00F728B6" w:rsidP="00F728B6">
      <w:pPr>
        <w:rPr>
          <w:rFonts w:ascii="Times New Roman" w:hAnsi="Times New Roman" w:cs="Times New Roman"/>
          <w:sz w:val="24"/>
          <w:szCs w:val="24"/>
        </w:rPr>
      </w:pPr>
      <w:r w:rsidRPr="00F728B6">
        <w:rPr>
          <w:rFonts w:ascii="Times New Roman" w:hAnsi="Times New Roman" w:cs="Times New Roman"/>
          <w:b/>
          <w:bCs/>
          <w:sz w:val="24"/>
          <w:szCs w:val="24"/>
        </w:rPr>
        <w:t>Technologies:</w:t>
      </w:r>
      <w:r w:rsidRPr="00F728B6">
        <w:rPr>
          <w:rFonts w:ascii="Times New Roman" w:hAnsi="Times New Roman" w:cs="Times New Roman"/>
          <w:sz w:val="24"/>
          <w:szCs w:val="24"/>
        </w:rPr>
        <w:t xml:space="preserve"> Python, Java, Selenium, Bash, JUnit</w:t>
      </w:r>
    </w:p>
    <w:p w14:paraId="11E3509D" w14:textId="29CD89E1" w:rsidR="00F728B6" w:rsidRPr="00F728B6" w:rsidRDefault="00F728B6" w:rsidP="00F728B6">
      <w:pPr>
        <w:rPr>
          <w:rFonts w:ascii="Times New Roman" w:hAnsi="Times New Roman" w:cs="Times New Roman"/>
          <w:sz w:val="24"/>
          <w:szCs w:val="24"/>
        </w:rPr>
      </w:pPr>
    </w:p>
    <w:p w14:paraId="58984ABC" w14:textId="0646C7B9" w:rsidR="00F728B6" w:rsidRPr="00F728B6" w:rsidRDefault="00F728B6" w:rsidP="00F728B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728B6">
        <w:rPr>
          <w:rFonts w:ascii="Times New Roman" w:hAnsi="Times New Roman" w:cs="Times New Roman"/>
          <w:b/>
          <w:bCs/>
          <w:sz w:val="24"/>
          <w:szCs w:val="24"/>
        </w:rPr>
        <w:t>Grid Dynamics (Apple Client)</w:t>
      </w:r>
      <w:r w:rsidR="004420E9" w:rsidRPr="00F565C9">
        <w:rPr>
          <w:rFonts w:ascii="Times New Roman" w:hAnsi="Times New Roman" w:cs="Times New Roman"/>
          <w:b/>
          <w:bCs/>
          <w:sz w:val="24"/>
          <w:szCs w:val="24"/>
        </w:rPr>
        <w:t xml:space="preserve"> - </w:t>
      </w:r>
      <w:r w:rsidR="004420E9" w:rsidRPr="00F728B6">
        <w:rPr>
          <w:rFonts w:ascii="Times New Roman" w:hAnsi="Times New Roman" w:cs="Times New Roman"/>
          <w:b/>
          <w:bCs/>
          <w:sz w:val="24"/>
          <w:szCs w:val="24"/>
        </w:rPr>
        <w:t>San Ramon, CA</w:t>
      </w:r>
    </w:p>
    <w:p w14:paraId="46A5F9EB" w14:textId="098F0E0E" w:rsidR="004420E9" w:rsidRPr="00F728B6" w:rsidRDefault="004420E9" w:rsidP="004420E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728B6">
        <w:rPr>
          <w:rFonts w:ascii="Times New Roman" w:hAnsi="Times New Roman" w:cs="Times New Roman"/>
          <w:b/>
          <w:bCs/>
          <w:sz w:val="24"/>
          <w:szCs w:val="24"/>
        </w:rPr>
        <w:t>Staff Test Automation Engineer (Lead)</w:t>
      </w:r>
      <w:r w:rsidRPr="00F565C9">
        <w:rPr>
          <w:rFonts w:ascii="Times New Roman" w:hAnsi="Times New Roman" w:cs="Times New Roman"/>
          <w:sz w:val="24"/>
          <w:szCs w:val="24"/>
        </w:rPr>
        <w:tab/>
      </w:r>
      <w:r w:rsidRPr="00F565C9">
        <w:rPr>
          <w:rFonts w:ascii="Times New Roman" w:hAnsi="Times New Roman" w:cs="Times New Roman"/>
          <w:sz w:val="24"/>
          <w:szCs w:val="24"/>
        </w:rPr>
        <w:tab/>
      </w:r>
      <w:r w:rsidRPr="00F565C9">
        <w:rPr>
          <w:rFonts w:ascii="Times New Roman" w:hAnsi="Times New Roman" w:cs="Times New Roman"/>
          <w:sz w:val="24"/>
          <w:szCs w:val="24"/>
        </w:rPr>
        <w:tab/>
      </w:r>
      <w:r w:rsidRPr="00F565C9">
        <w:rPr>
          <w:rFonts w:ascii="Times New Roman" w:hAnsi="Times New Roman" w:cs="Times New Roman"/>
          <w:sz w:val="24"/>
          <w:szCs w:val="24"/>
        </w:rPr>
        <w:tab/>
      </w:r>
      <w:r w:rsidR="00F565C9">
        <w:rPr>
          <w:rFonts w:ascii="Times New Roman" w:hAnsi="Times New Roman" w:cs="Times New Roman"/>
          <w:sz w:val="24"/>
          <w:szCs w:val="24"/>
        </w:rPr>
        <w:t xml:space="preserve"> </w:t>
      </w:r>
      <w:r w:rsidRPr="00F728B6">
        <w:rPr>
          <w:rFonts w:ascii="Times New Roman" w:hAnsi="Times New Roman" w:cs="Times New Roman"/>
          <w:b/>
          <w:bCs/>
          <w:sz w:val="24"/>
          <w:szCs w:val="24"/>
        </w:rPr>
        <w:t>Sep 2021 – Sep 2022</w:t>
      </w:r>
    </w:p>
    <w:p w14:paraId="5C489540" w14:textId="77777777" w:rsidR="009C4F60" w:rsidRDefault="009C4F60" w:rsidP="00F728B6">
      <w:pPr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9C4F60">
        <w:rPr>
          <w:rFonts w:ascii="Times New Roman" w:hAnsi="Times New Roman" w:cs="Times New Roman"/>
          <w:sz w:val="24"/>
          <w:szCs w:val="24"/>
        </w:rPr>
        <w:t>Mentored engineers, conducted code reviews, and drove adoption of standardized automation practices across teams</w:t>
      </w:r>
    </w:p>
    <w:p w14:paraId="233AF8C5" w14:textId="2D421C68" w:rsidR="00F728B6" w:rsidRDefault="00F728B6" w:rsidP="00F728B6">
      <w:pPr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F728B6">
        <w:rPr>
          <w:rFonts w:ascii="Times New Roman" w:hAnsi="Times New Roman" w:cs="Times New Roman"/>
          <w:sz w:val="24"/>
          <w:szCs w:val="24"/>
        </w:rPr>
        <w:t xml:space="preserve">Built frameworks for end-to-end testing, including performance testing using Gatling (Scala) and Go </w:t>
      </w:r>
    </w:p>
    <w:p w14:paraId="741E902F" w14:textId="7347AE82" w:rsidR="0001604C" w:rsidRPr="00F728B6" w:rsidRDefault="0001604C" w:rsidP="00F728B6">
      <w:pPr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01604C">
        <w:rPr>
          <w:rFonts w:ascii="Times New Roman" w:hAnsi="Times New Roman" w:cs="Times New Roman"/>
          <w:sz w:val="24"/>
          <w:szCs w:val="24"/>
        </w:rPr>
        <w:t>Designed automation architecture across multiple projects supporting UI, API, and performance testing at scale</w:t>
      </w:r>
    </w:p>
    <w:p w14:paraId="28665EC1" w14:textId="77777777" w:rsidR="00F728B6" w:rsidRPr="00F728B6" w:rsidRDefault="00F728B6" w:rsidP="00F728B6">
      <w:pPr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F728B6">
        <w:rPr>
          <w:rFonts w:ascii="Times New Roman" w:hAnsi="Times New Roman" w:cs="Times New Roman"/>
          <w:sz w:val="24"/>
          <w:szCs w:val="24"/>
        </w:rPr>
        <w:t xml:space="preserve">Developed test suites using Selenium, Rest Assured, and BDD tools </w:t>
      </w:r>
    </w:p>
    <w:p w14:paraId="7A4DED00" w14:textId="77777777" w:rsidR="00F728B6" w:rsidRDefault="00F728B6" w:rsidP="00F728B6">
      <w:pPr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F728B6">
        <w:rPr>
          <w:rFonts w:ascii="Times New Roman" w:hAnsi="Times New Roman" w:cs="Times New Roman"/>
          <w:sz w:val="24"/>
          <w:szCs w:val="24"/>
        </w:rPr>
        <w:t xml:space="preserve">Deployed test environments on AWS (EC2, S3) </w:t>
      </w:r>
    </w:p>
    <w:p w14:paraId="56122A2C" w14:textId="67E8D1B8" w:rsidR="009C4F60" w:rsidRPr="00F728B6" w:rsidRDefault="009C4F60" w:rsidP="00F728B6">
      <w:pPr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9C4F60">
        <w:rPr>
          <w:rFonts w:ascii="Times New Roman" w:hAnsi="Times New Roman" w:cs="Times New Roman"/>
          <w:sz w:val="24"/>
          <w:szCs w:val="24"/>
        </w:rPr>
        <w:t>Improved test execution efficiency and scalability across multiple projects</w:t>
      </w:r>
    </w:p>
    <w:p w14:paraId="3B1BBDEC" w14:textId="77777777" w:rsidR="00F728B6" w:rsidRPr="00F728B6" w:rsidRDefault="00F728B6" w:rsidP="00F728B6">
      <w:pPr>
        <w:rPr>
          <w:rFonts w:ascii="Times New Roman" w:hAnsi="Times New Roman" w:cs="Times New Roman"/>
          <w:sz w:val="24"/>
          <w:szCs w:val="24"/>
        </w:rPr>
      </w:pPr>
      <w:r w:rsidRPr="00F728B6">
        <w:rPr>
          <w:rFonts w:ascii="Times New Roman" w:hAnsi="Times New Roman" w:cs="Times New Roman"/>
          <w:b/>
          <w:bCs/>
          <w:sz w:val="24"/>
          <w:szCs w:val="24"/>
        </w:rPr>
        <w:t>Technologies:</w:t>
      </w:r>
      <w:r w:rsidRPr="00F728B6">
        <w:rPr>
          <w:rFonts w:ascii="Times New Roman" w:hAnsi="Times New Roman" w:cs="Times New Roman"/>
          <w:sz w:val="24"/>
          <w:szCs w:val="24"/>
        </w:rPr>
        <w:t xml:space="preserve"> Java, Scala, Go, Selenium, Cypress, Rest Assured, TestNG, JUnit, Gatling, AWS, Docker, Kubernetes</w:t>
      </w:r>
    </w:p>
    <w:p w14:paraId="3251DA35" w14:textId="71D57AA4" w:rsidR="00F728B6" w:rsidRPr="00F728B6" w:rsidRDefault="00F728B6" w:rsidP="00F728B6">
      <w:pPr>
        <w:rPr>
          <w:rFonts w:ascii="Times New Roman" w:hAnsi="Times New Roman" w:cs="Times New Roman"/>
          <w:sz w:val="24"/>
          <w:szCs w:val="24"/>
        </w:rPr>
      </w:pPr>
    </w:p>
    <w:p w14:paraId="092CE412" w14:textId="12AFFC32" w:rsidR="00F728B6" w:rsidRPr="00F728B6" w:rsidRDefault="00F728B6" w:rsidP="00F728B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728B6">
        <w:rPr>
          <w:rFonts w:ascii="Times New Roman" w:hAnsi="Times New Roman" w:cs="Times New Roman"/>
          <w:b/>
          <w:bCs/>
          <w:sz w:val="24"/>
          <w:szCs w:val="24"/>
        </w:rPr>
        <w:t>Equinix</w:t>
      </w:r>
      <w:r w:rsidR="004420E9" w:rsidRPr="00F565C9">
        <w:rPr>
          <w:rFonts w:ascii="Times New Roman" w:hAnsi="Times New Roman" w:cs="Times New Roman"/>
          <w:b/>
          <w:bCs/>
          <w:sz w:val="24"/>
          <w:szCs w:val="24"/>
        </w:rPr>
        <w:t xml:space="preserve">- </w:t>
      </w:r>
      <w:r w:rsidR="004420E9" w:rsidRPr="00F728B6">
        <w:rPr>
          <w:rFonts w:ascii="Times New Roman" w:hAnsi="Times New Roman" w:cs="Times New Roman"/>
          <w:b/>
          <w:bCs/>
          <w:sz w:val="24"/>
          <w:szCs w:val="24"/>
        </w:rPr>
        <w:t>Sunnyvale, CA</w:t>
      </w:r>
    </w:p>
    <w:p w14:paraId="1A363E97" w14:textId="1FAABCA3" w:rsidR="00F728B6" w:rsidRPr="00F728B6" w:rsidRDefault="004420E9" w:rsidP="00F728B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728B6">
        <w:rPr>
          <w:rFonts w:ascii="Times New Roman" w:hAnsi="Times New Roman" w:cs="Times New Roman"/>
          <w:b/>
          <w:bCs/>
          <w:sz w:val="24"/>
          <w:szCs w:val="24"/>
        </w:rPr>
        <w:t>Staff Software Quality Engineer (Lead)</w:t>
      </w:r>
      <w:r w:rsidRPr="00F565C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565C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565C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565C9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F565C9"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  <w:r w:rsidR="00F728B6" w:rsidRPr="00F728B6">
        <w:rPr>
          <w:rFonts w:ascii="Times New Roman" w:hAnsi="Times New Roman" w:cs="Times New Roman"/>
          <w:b/>
          <w:bCs/>
          <w:sz w:val="24"/>
          <w:szCs w:val="24"/>
        </w:rPr>
        <w:t>Jul 2020 – Jul 2021</w:t>
      </w:r>
    </w:p>
    <w:p w14:paraId="2E0BD53D" w14:textId="77777777" w:rsidR="00F728B6" w:rsidRPr="00F728B6" w:rsidRDefault="00F728B6" w:rsidP="00F728B6">
      <w:pPr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F728B6">
        <w:rPr>
          <w:rFonts w:ascii="Times New Roman" w:hAnsi="Times New Roman" w:cs="Times New Roman"/>
          <w:sz w:val="24"/>
          <w:szCs w:val="24"/>
        </w:rPr>
        <w:t xml:space="preserve">Led QA automation efforts for Cloud Exchange Fabric rollout </w:t>
      </w:r>
    </w:p>
    <w:p w14:paraId="17004959" w14:textId="77777777" w:rsidR="00F728B6" w:rsidRPr="00F728B6" w:rsidRDefault="00F728B6" w:rsidP="00F728B6">
      <w:pPr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F728B6">
        <w:rPr>
          <w:rFonts w:ascii="Times New Roman" w:hAnsi="Times New Roman" w:cs="Times New Roman"/>
          <w:sz w:val="24"/>
          <w:szCs w:val="24"/>
        </w:rPr>
        <w:t xml:space="preserve">Built and maintained scalable UI and API automation frameworks </w:t>
      </w:r>
    </w:p>
    <w:p w14:paraId="010A9A0D" w14:textId="77777777" w:rsidR="00F728B6" w:rsidRPr="00F728B6" w:rsidRDefault="00F728B6" w:rsidP="00F728B6">
      <w:pPr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F728B6">
        <w:rPr>
          <w:rFonts w:ascii="Times New Roman" w:hAnsi="Times New Roman" w:cs="Times New Roman"/>
          <w:sz w:val="24"/>
          <w:szCs w:val="24"/>
        </w:rPr>
        <w:t xml:space="preserve">Worked within AWS-based environments to support testing at scale </w:t>
      </w:r>
    </w:p>
    <w:p w14:paraId="0EC4997A" w14:textId="77777777" w:rsidR="00F728B6" w:rsidRPr="00F728B6" w:rsidRDefault="00F728B6" w:rsidP="00F728B6">
      <w:pPr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F728B6">
        <w:rPr>
          <w:rFonts w:ascii="Times New Roman" w:hAnsi="Times New Roman" w:cs="Times New Roman"/>
          <w:sz w:val="24"/>
          <w:szCs w:val="24"/>
        </w:rPr>
        <w:t xml:space="preserve">Participated in planning, backlog refinement, and sprint execution </w:t>
      </w:r>
    </w:p>
    <w:p w14:paraId="27408C01" w14:textId="77777777" w:rsidR="00F728B6" w:rsidRPr="00F728B6" w:rsidRDefault="00F728B6" w:rsidP="00F728B6">
      <w:pPr>
        <w:rPr>
          <w:rFonts w:ascii="Times New Roman" w:hAnsi="Times New Roman" w:cs="Times New Roman"/>
          <w:sz w:val="24"/>
          <w:szCs w:val="24"/>
        </w:rPr>
      </w:pPr>
      <w:r w:rsidRPr="00F728B6">
        <w:rPr>
          <w:rFonts w:ascii="Times New Roman" w:hAnsi="Times New Roman" w:cs="Times New Roman"/>
          <w:b/>
          <w:bCs/>
          <w:sz w:val="24"/>
          <w:szCs w:val="24"/>
        </w:rPr>
        <w:t>Technologies:</w:t>
      </w:r>
      <w:r w:rsidRPr="00F728B6">
        <w:rPr>
          <w:rFonts w:ascii="Times New Roman" w:hAnsi="Times New Roman" w:cs="Times New Roman"/>
          <w:sz w:val="24"/>
          <w:szCs w:val="24"/>
        </w:rPr>
        <w:t xml:space="preserve"> Java, Selenium, Cypress, BDD, Cucumber, AWS, Docker, Kubernetes</w:t>
      </w:r>
    </w:p>
    <w:p w14:paraId="7247C78F" w14:textId="1011D437" w:rsidR="00F728B6" w:rsidRPr="00F728B6" w:rsidRDefault="00F728B6" w:rsidP="00F728B6">
      <w:pPr>
        <w:rPr>
          <w:rFonts w:ascii="Times New Roman" w:hAnsi="Times New Roman" w:cs="Times New Roman"/>
          <w:sz w:val="24"/>
          <w:szCs w:val="24"/>
        </w:rPr>
      </w:pPr>
    </w:p>
    <w:p w14:paraId="46BF9C31" w14:textId="4EC789FD" w:rsidR="00F728B6" w:rsidRPr="00F728B6" w:rsidRDefault="00F728B6" w:rsidP="00F728B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728B6">
        <w:rPr>
          <w:rFonts w:ascii="Times New Roman" w:hAnsi="Times New Roman" w:cs="Times New Roman"/>
          <w:b/>
          <w:bCs/>
          <w:sz w:val="24"/>
          <w:szCs w:val="24"/>
        </w:rPr>
        <w:t>Egnyte</w:t>
      </w:r>
      <w:r w:rsidR="004420E9" w:rsidRPr="00F565C9">
        <w:rPr>
          <w:rFonts w:ascii="Times New Roman" w:hAnsi="Times New Roman" w:cs="Times New Roman"/>
          <w:b/>
          <w:bCs/>
          <w:sz w:val="24"/>
          <w:szCs w:val="24"/>
        </w:rPr>
        <w:t xml:space="preserve">- </w:t>
      </w:r>
      <w:r w:rsidR="004420E9" w:rsidRPr="00F728B6">
        <w:rPr>
          <w:rFonts w:ascii="Times New Roman" w:hAnsi="Times New Roman" w:cs="Times New Roman"/>
          <w:b/>
          <w:bCs/>
          <w:sz w:val="24"/>
          <w:szCs w:val="24"/>
        </w:rPr>
        <w:t>Mountain View, CA</w:t>
      </w:r>
    </w:p>
    <w:p w14:paraId="3FD7E0F0" w14:textId="44E4D99B" w:rsidR="00F728B6" w:rsidRPr="00F728B6" w:rsidRDefault="004420E9" w:rsidP="00F728B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728B6">
        <w:rPr>
          <w:rFonts w:ascii="Times New Roman" w:hAnsi="Times New Roman" w:cs="Times New Roman"/>
          <w:b/>
          <w:bCs/>
          <w:sz w:val="24"/>
          <w:szCs w:val="24"/>
        </w:rPr>
        <w:t>Staff Software Quality Engineer (Lead)</w:t>
      </w:r>
      <w:r w:rsidRPr="00F565C9">
        <w:rPr>
          <w:rFonts w:ascii="Times New Roman" w:hAnsi="Times New Roman" w:cs="Times New Roman"/>
          <w:sz w:val="24"/>
          <w:szCs w:val="24"/>
        </w:rPr>
        <w:tab/>
      </w:r>
      <w:r w:rsidRPr="00F565C9">
        <w:rPr>
          <w:rFonts w:ascii="Times New Roman" w:hAnsi="Times New Roman" w:cs="Times New Roman"/>
          <w:sz w:val="24"/>
          <w:szCs w:val="24"/>
        </w:rPr>
        <w:tab/>
      </w:r>
      <w:r w:rsidRPr="00F565C9">
        <w:rPr>
          <w:rFonts w:ascii="Times New Roman" w:hAnsi="Times New Roman" w:cs="Times New Roman"/>
          <w:sz w:val="24"/>
          <w:szCs w:val="24"/>
        </w:rPr>
        <w:tab/>
      </w:r>
      <w:r w:rsidR="00F565C9">
        <w:rPr>
          <w:rFonts w:ascii="Times New Roman" w:hAnsi="Times New Roman" w:cs="Times New Roman"/>
          <w:sz w:val="24"/>
          <w:szCs w:val="24"/>
        </w:rPr>
        <w:t xml:space="preserve">          </w:t>
      </w:r>
      <w:r w:rsidR="00F728B6" w:rsidRPr="00F728B6">
        <w:rPr>
          <w:rFonts w:ascii="Times New Roman" w:hAnsi="Times New Roman" w:cs="Times New Roman"/>
          <w:b/>
          <w:bCs/>
          <w:sz w:val="24"/>
          <w:szCs w:val="24"/>
        </w:rPr>
        <w:t>Apr 2019 – Jun</w:t>
      </w:r>
      <w:r w:rsidR="00F565C9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F728B6" w:rsidRPr="00F728B6">
        <w:rPr>
          <w:rFonts w:ascii="Times New Roman" w:hAnsi="Times New Roman" w:cs="Times New Roman"/>
          <w:b/>
          <w:bCs/>
          <w:sz w:val="24"/>
          <w:szCs w:val="24"/>
        </w:rPr>
        <w:t xml:space="preserve"> 2020</w:t>
      </w:r>
    </w:p>
    <w:p w14:paraId="57DD288F" w14:textId="77777777" w:rsidR="00F728B6" w:rsidRDefault="00F728B6" w:rsidP="00F728B6">
      <w:pPr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F728B6">
        <w:rPr>
          <w:rFonts w:ascii="Times New Roman" w:hAnsi="Times New Roman" w:cs="Times New Roman"/>
          <w:sz w:val="24"/>
          <w:szCs w:val="24"/>
        </w:rPr>
        <w:t xml:space="preserve">Worked on Smart Cache product to improve enterprise file synchronization performance </w:t>
      </w:r>
    </w:p>
    <w:p w14:paraId="0AEA06C6" w14:textId="22CEA1D4" w:rsidR="009C4F60" w:rsidRPr="00F728B6" w:rsidRDefault="009C4F60" w:rsidP="00F728B6">
      <w:pPr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9C4F60">
        <w:rPr>
          <w:rFonts w:ascii="Times New Roman" w:hAnsi="Times New Roman" w:cs="Times New Roman"/>
          <w:sz w:val="24"/>
          <w:szCs w:val="24"/>
        </w:rPr>
        <w:t>Enhanced system performance visibility through monitoring and automation</w:t>
      </w:r>
    </w:p>
    <w:p w14:paraId="5A69D9D4" w14:textId="77777777" w:rsidR="00F728B6" w:rsidRPr="00F728B6" w:rsidRDefault="00F728B6" w:rsidP="00F728B6">
      <w:pPr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F728B6">
        <w:rPr>
          <w:rFonts w:ascii="Times New Roman" w:hAnsi="Times New Roman" w:cs="Times New Roman"/>
          <w:sz w:val="24"/>
          <w:szCs w:val="24"/>
        </w:rPr>
        <w:t xml:space="preserve">Built end-to-end automation for both web and desktop applications </w:t>
      </w:r>
    </w:p>
    <w:p w14:paraId="29D678BA" w14:textId="77777777" w:rsidR="00F728B6" w:rsidRPr="00F728B6" w:rsidRDefault="00F728B6" w:rsidP="00F728B6">
      <w:pPr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F728B6">
        <w:rPr>
          <w:rFonts w:ascii="Times New Roman" w:hAnsi="Times New Roman" w:cs="Times New Roman"/>
          <w:sz w:val="24"/>
          <w:szCs w:val="24"/>
        </w:rPr>
        <w:t xml:space="preserve">Designed performance testing solutions using JMeter </w:t>
      </w:r>
    </w:p>
    <w:p w14:paraId="23E241D4" w14:textId="77777777" w:rsidR="00F728B6" w:rsidRPr="00F728B6" w:rsidRDefault="00F728B6" w:rsidP="00F728B6">
      <w:pPr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F728B6">
        <w:rPr>
          <w:rFonts w:ascii="Times New Roman" w:hAnsi="Times New Roman" w:cs="Times New Roman"/>
          <w:sz w:val="24"/>
          <w:szCs w:val="24"/>
        </w:rPr>
        <w:t xml:space="preserve">Used Grafana and Kibana for monitoring and debugging </w:t>
      </w:r>
    </w:p>
    <w:p w14:paraId="3A0415B8" w14:textId="77777777" w:rsidR="00F728B6" w:rsidRPr="00F728B6" w:rsidRDefault="00F728B6" w:rsidP="00F728B6">
      <w:pPr>
        <w:rPr>
          <w:rFonts w:ascii="Times New Roman" w:hAnsi="Times New Roman" w:cs="Times New Roman"/>
          <w:sz w:val="24"/>
          <w:szCs w:val="24"/>
        </w:rPr>
      </w:pPr>
      <w:r w:rsidRPr="00F728B6">
        <w:rPr>
          <w:rFonts w:ascii="Times New Roman" w:hAnsi="Times New Roman" w:cs="Times New Roman"/>
          <w:b/>
          <w:bCs/>
          <w:sz w:val="24"/>
          <w:szCs w:val="24"/>
        </w:rPr>
        <w:t>Technologies:</w:t>
      </w:r>
      <w:r w:rsidRPr="00F728B6">
        <w:rPr>
          <w:rFonts w:ascii="Times New Roman" w:hAnsi="Times New Roman" w:cs="Times New Roman"/>
          <w:sz w:val="24"/>
          <w:szCs w:val="24"/>
        </w:rPr>
        <w:t xml:space="preserve"> Python, Go, Docker, Kubernetes, JMeter, AWS, GCP, Grafana, Kibana</w:t>
      </w:r>
    </w:p>
    <w:p w14:paraId="49C1F40F" w14:textId="07D76D13" w:rsidR="00F728B6" w:rsidRPr="00F728B6" w:rsidRDefault="00F728B6" w:rsidP="00F728B6">
      <w:pPr>
        <w:rPr>
          <w:rFonts w:ascii="Times New Roman" w:hAnsi="Times New Roman" w:cs="Times New Roman"/>
          <w:sz w:val="24"/>
          <w:szCs w:val="24"/>
        </w:rPr>
      </w:pPr>
    </w:p>
    <w:p w14:paraId="30BCB07A" w14:textId="3BA33780" w:rsidR="00F728B6" w:rsidRPr="00F728B6" w:rsidRDefault="00F728B6" w:rsidP="00F728B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728B6">
        <w:rPr>
          <w:rFonts w:ascii="Times New Roman" w:hAnsi="Times New Roman" w:cs="Times New Roman"/>
          <w:b/>
          <w:bCs/>
          <w:sz w:val="24"/>
          <w:szCs w:val="24"/>
        </w:rPr>
        <w:t>Conviva</w:t>
      </w:r>
      <w:r w:rsidR="004420E9" w:rsidRPr="00F565C9">
        <w:rPr>
          <w:rFonts w:ascii="Times New Roman" w:hAnsi="Times New Roman" w:cs="Times New Roman"/>
          <w:b/>
          <w:bCs/>
          <w:sz w:val="24"/>
          <w:szCs w:val="24"/>
        </w:rPr>
        <w:t xml:space="preserve"> - </w:t>
      </w:r>
      <w:r w:rsidR="004420E9" w:rsidRPr="00F728B6">
        <w:rPr>
          <w:rFonts w:ascii="Times New Roman" w:hAnsi="Times New Roman" w:cs="Times New Roman"/>
          <w:b/>
          <w:bCs/>
          <w:sz w:val="24"/>
          <w:szCs w:val="24"/>
        </w:rPr>
        <w:t>Foster City, CA</w:t>
      </w:r>
    </w:p>
    <w:p w14:paraId="51CB07AB" w14:textId="4113E1D7" w:rsidR="00F728B6" w:rsidRPr="00F728B6" w:rsidRDefault="004420E9" w:rsidP="00F728B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728B6">
        <w:rPr>
          <w:rFonts w:ascii="Times New Roman" w:hAnsi="Times New Roman" w:cs="Times New Roman"/>
          <w:b/>
          <w:bCs/>
          <w:sz w:val="24"/>
          <w:szCs w:val="24"/>
        </w:rPr>
        <w:t>Senior Test Automation Engineer</w:t>
      </w:r>
      <w:r w:rsidRPr="00F565C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565C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565C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565C9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F565C9">
        <w:rPr>
          <w:rFonts w:ascii="Times New Roman" w:hAnsi="Times New Roman" w:cs="Times New Roman"/>
          <w:b/>
          <w:bCs/>
          <w:sz w:val="24"/>
          <w:szCs w:val="24"/>
        </w:rPr>
        <w:t xml:space="preserve">           </w:t>
      </w:r>
      <w:r w:rsidRPr="00F565C9">
        <w:rPr>
          <w:rFonts w:ascii="Times New Roman" w:hAnsi="Times New Roman" w:cs="Times New Roman"/>
          <w:b/>
          <w:bCs/>
          <w:sz w:val="24"/>
          <w:szCs w:val="24"/>
        </w:rPr>
        <w:t>Jun</w:t>
      </w:r>
      <w:r w:rsidRPr="00F728B6">
        <w:rPr>
          <w:rFonts w:ascii="Times New Roman" w:hAnsi="Times New Roman" w:cs="Times New Roman"/>
          <w:b/>
          <w:bCs/>
          <w:sz w:val="24"/>
          <w:szCs w:val="24"/>
        </w:rPr>
        <w:t xml:space="preserve"> 2017 – Feb 2019</w:t>
      </w:r>
    </w:p>
    <w:p w14:paraId="74F212AB" w14:textId="77777777" w:rsidR="00F728B6" w:rsidRPr="00F728B6" w:rsidRDefault="00F728B6" w:rsidP="00F728B6">
      <w:pPr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 w:rsidRPr="00F728B6">
        <w:rPr>
          <w:rFonts w:ascii="Times New Roman" w:hAnsi="Times New Roman" w:cs="Times New Roman"/>
          <w:sz w:val="24"/>
          <w:szCs w:val="24"/>
        </w:rPr>
        <w:t xml:space="preserve">Developed scalable automation frameworks using Python and Java </w:t>
      </w:r>
    </w:p>
    <w:p w14:paraId="05C32B60" w14:textId="77777777" w:rsidR="00F728B6" w:rsidRPr="00F728B6" w:rsidRDefault="00F728B6" w:rsidP="00F728B6">
      <w:pPr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 w:rsidRPr="00F728B6">
        <w:rPr>
          <w:rFonts w:ascii="Times New Roman" w:hAnsi="Times New Roman" w:cs="Times New Roman"/>
          <w:sz w:val="24"/>
          <w:szCs w:val="24"/>
        </w:rPr>
        <w:t xml:space="preserve">Automated both UI and API testing workflows </w:t>
      </w:r>
    </w:p>
    <w:p w14:paraId="2B63C217" w14:textId="77777777" w:rsidR="00F728B6" w:rsidRPr="00F728B6" w:rsidRDefault="00F728B6" w:rsidP="00F728B6">
      <w:pPr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 w:rsidRPr="00F728B6">
        <w:rPr>
          <w:rFonts w:ascii="Times New Roman" w:hAnsi="Times New Roman" w:cs="Times New Roman"/>
          <w:sz w:val="24"/>
          <w:szCs w:val="24"/>
        </w:rPr>
        <w:t xml:space="preserve">Contributed to backend scalability improvements using distributed architecture </w:t>
      </w:r>
    </w:p>
    <w:p w14:paraId="2D19B962" w14:textId="77777777" w:rsidR="00F728B6" w:rsidRPr="00F728B6" w:rsidRDefault="00F728B6" w:rsidP="00F728B6">
      <w:pPr>
        <w:rPr>
          <w:rFonts w:ascii="Times New Roman" w:hAnsi="Times New Roman" w:cs="Times New Roman"/>
          <w:sz w:val="24"/>
          <w:szCs w:val="24"/>
        </w:rPr>
      </w:pPr>
      <w:r w:rsidRPr="00F728B6">
        <w:rPr>
          <w:rFonts w:ascii="Times New Roman" w:hAnsi="Times New Roman" w:cs="Times New Roman"/>
          <w:b/>
          <w:bCs/>
          <w:sz w:val="24"/>
          <w:szCs w:val="24"/>
        </w:rPr>
        <w:t>Technologies:</w:t>
      </w:r>
      <w:r w:rsidRPr="00F728B6">
        <w:rPr>
          <w:rFonts w:ascii="Times New Roman" w:hAnsi="Times New Roman" w:cs="Times New Roman"/>
          <w:sz w:val="24"/>
          <w:szCs w:val="24"/>
        </w:rPr>
        <w:t xml:space="preserve"> Python, Django, Java, Selenium, AWS EC2/S3, Kubernetes, Jenkins</w:t>
      </w:r>
    </w:p>
    <w:p w14:paraId="3FB6F702" w14:textId="77777777" w:rsidR="004420E9" w:rsidRPr="00F565C9" w:rsidRDefault="004420E9" w:rsidP="00F728B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3983362" w14:textId="30C1E47F" w:rsidR="00F728B6" w:rsidRPr="00F728B6" w:rsidRDefault="004420E9" w:rsidP="00F728B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728B6">
        <w:rPr>
          <w:rFonts w:ascii="Times New Roman" w:hAnsi="Times New Roman" w:cs="Times New Roman"/>
          <w:b/>
          <w:bCs/>
          <w:sz w:val="24"/>
          <w:szCs w:val="24"/>
        </w:rPr>
        <w:t>Walmart Labs</w:t>
      </w:r>
      <w:r w:rsidRPr="00F565C9">
        <w:rPr>
          <w:rFonts w:ascii="Times New Roman" w:hAnsi="Times New Roman" w:cs="Times New Roman"/>
          <w:b/>
          <w:bCs/>
          <w:sz w:val="24"/>
          <w:szCs w:val="24"/>
        </w:rPr>
        <w:t>- Sunnyvale, CA</w:t>
      </w:r>
    </w:p>
    <w:p w14:paraId="60F816E2" w14:textId="42F82F2A" w:rsidR="00F728B6" w:rsidRPr="00F728B6" w:rsidRDefault="004420E9" w:rsidP="00F728B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728B6">
        <w:rPr>
          <w:rFonts w:ascii="Times New Roman" w:hAnsi="Times New Roman" w:cs="Times New Roman"/>
          <w:b/>
          <w:bCs/>
          <w:sz w:val="24"/>
          <w:szCs w:val="24"/>
        </w:rPr>
        <w:t>Senior Automation Engineer (Lead)</w:t>
      </w:r>
      <w:r w:rsidRPr="00F565C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565C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565C9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F565C9">
        <w:rPr>
          <w:rFonts w:ascii="Times New Roman" w:hAnsi="Times New Roman" w:cs="Times New Roman"/>
          <w:b/>
          <w:bCs/>
          <w:sz w:val="24"/>
          <w:szCs w:val="24"/>
        </w:rPr>
        <w:t xml:space="preserve">           </w:t>
      </w:r>
      <w:r w:rsidRPr="00F565C9">
        <w:rPr>
          <w:rFonts w:ascii="Times New Roman" w:hAnsi="Times New Roman" w:cs="Times New Roman"/>
          <w:b/>
          <w:bCs/>
          <w:sz w:val="24"/>
          <w:szCs w:val="24"/>
        </w:rPr>
        <w:t>Feb</w:t>
      </w:r>
      <w:r w:rsidR="00F728B6" w:rsidRPr="00F728B6">
        <w:rPr>
          <w:rFonts w:ascii="Times New Roman" w:hAnsi="Times New Roman" w:cs="Times New Roman"/>
          <w:b/>
          <w:bCs/>
          <w:sz w:val="24"/>
          <w:szCs w:val="24"/>
        </w:rPr>
        <w:t xml:space="preserve"> 201</w:t>
      </w:r>
      <w:r w:rsidRPr="00F565C9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F728B6" w:rsidRPr="00F728B6">
        <w:rPr>
          <w:rFonts w:ascii="Times New Roman" w:hAnsi="Times New Roman" w:cs="Times New Roman"/>
          <w:b/>
          <w:bCs/>
          <w:sz w:val="24"/>
          <w:szCs w:val="24"/>
        </w:rPr>
        <w:t xml:space="preserve"> – Ma</w:t>
      </w:r>
      <w:r w:rsidRPr="00F565C9">
        <w:rPr>
          <w:rFonts w:ascii="Times New Roman" w:hAnsi="Times New Roman" w:cs="Times New Roman"/>
          <w:b/>
          <w:bCs/>
          <w:sz w:val="24"/>
          <w:szCs w:val="24"/>
        </w:rPr>
        <w:t>y</w:t>
      </w:r>
      <w:r w:rsidR="00F728B6" w:rsidRPr="00F728B6">
        <w:rPr>
          <w:rFonts w:ascii="Times New Roman" w:hAnsi="Times New Roman" w:cs="Times New Roman"/>
          <w:b/>
          <w:bCs/>
          <w:sz w:val="24"/>
          <w:szCs w:val="24"/>
        </w:rPr>
        <w:t xml:space="preserve"> 2017</w:t>
      </w:r>
    </w:p>
    <w:p w14:paraId="21B37532" w14:textId="77777777" w:rsidR="00F728B6" w:rsidRPr="00F728B6" w:rsidRDefault="00F728B6" w:rsidP="00F728B6">
      <w:pPr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 w:rsidRPr="00F728B6">
        <w:rPr>
          <w:rFonts w:ascii="Times New Roman" w:hAnsi="Times New Roman" w:cs="Times New Roman"/>
          <w:sz w:val="24"/>
          <w:szCs w:val="24"/>
        </w:rPr>
        <w:t xml:space="preserve">Worked on automation for payment systems (Wangea platform) </w:t>
      </w:r>
    </w:p>
    <w:p w14:paraId="7CA3C73E" w14:textId="77777777" w:rsidR="00F728B6" w:rsidRPr="00F565C9" w:rsidRDefault="00F728B6" w:rsidP="00F728B6">
      <w:pPr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 w:rsidRPr="00F728B6">
        <w:rPr>
          <w:rFonts w:ascii="Times New Roman" w:hAnsi="Times New Roman" w:cs="Times New Roman"/>
          <w:sz w:val="24"/>
          <w:szCs w:val="24"/>
        </w:rPr>
        <w:t xml:space="preserve">Built test cases and automation using Java and Selenium </w:t>
      </w:r>
    </w:p>
    <w:p w14:paraId="69EAF8D1" w14:textId="77777777" w:rsidR="004420E9" w:rsidRPr="00F728B6" w:rsidRDefault="004420E9" w:rsidP="004420E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21F8BB0" w14:textId="56715571" w:rsidR="00F728B6" w:rsidRPr="00F565C9" w:rsidRDefault="00F728B6" w:rsidP="00F728B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728B6">
        <w:rPr>
          <w:rFonts w:ascii="Times New Roman" w:hAnsi="Times New Roman" w:cs="Times New Roman"/>
          <w:b/>
          <w:bCs/>
          <w:sz w:val="24"/>
          <w:szCs w:val="24"/>
        </w:rPr>
        <w:t>GE Digital</w:t>
      </w:r>
      <w:r w:rsidR="004420E9" w:rsidRPr="00F565C9">
        <w:rPr>
          <w:rFonts w:ascii="Times New Roman" w:hAnsi="Times New Roman" w:cs="Times New Roman"/>
          <w:b/>
          <w:bCs/>
          <w:sz w:val="24"/>
          <w:szCs w:val="24"/>
        </w:rPr>
        <w:t xml:space="preserve"> - </w:t>
      </w:r>
      <w:r w:rsidR="004420E9" w:rsidRPr="00F565C9">
        <w:rPr>
          <w:rFonts w:ascii="Times New Roman" w:hAnsi="Times New Roman" w:cs="Times New Roman"/>
          <w:b/>
          <w:sz w:val="24"/>
          <w:szCs w:val="24"/>
        </w:rPr>
        <w:t>San</w:t>
      </w:r>
      <w:r w:rsidR="004420E9" w:rsidRPr="00F565C9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="004420E9" w:rsidRPr="00F565C9">
        <w:rPr>
          <w:rFonts w:ascii="Times New Roman" w:hAnsi="Times New Roman" w:cs="Times New Roman"/>
          <w:b/>
          <w:sz w:val="24"/>
          <w:szCs w:val="24"/>
        </w:rPr>
        <w:t>Ramon,</w:t>
      </w:r>
      <w:r w:rsidR="004420E9" w:rsidRPr="00F565C9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="004420E9" w:rsidRPr="00F565C9">
        <w:rPr>
          <w:rFonts w:ascii="Times New Roman" w:hAnsi="Times New Roman" w:cs="Times New Roman"/>
          <w:b/>
          <w:spacing w:val="-5"/>
          <w:sz w:val="24"/>
          <w:szCs w:val="24"/>
        </w:rPr>
        <w:t>CA</w:t>
      </w:r>
    </w:p>
    <w:p w14:paraId="201AB1ED" w14:textId="67929F6D" w:rsidR="004420E9" w:rsidRPr="00F728B6" w:rsidRDefault="004420E9" w:rsidP="00F728B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728B6">
        <w:rPr>
          <w:rFonts w:ascii="Times New Roman" w:hAnsi="Times New Roman" w:cs="Times New Roman"/>
          <w:b/>
          <w:bCs/>
          <w:sz w:val="24"/>
          <w:szCs w:val="24"/>
        </w:rPr>
        <w:t>Senior Automation Engineer (Lead)</w:t>
      </w:r>
      <w:r w:rsidRPr="00F565C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565C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565C9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F565C9">
        <w:rPr>
          <w:rFonts w:ascii="Times New Roman" w:hAnsi="Times New Roman" w:cs="Times New Roman"/>
          <w:b/>
          <w:bCs/>
          <w:sz w:val="24"/>
          <w:szCs w:val="24"/>
        </w:rPr>
        <w:t xml:space="preserve">           </w:t>
      </w:r>
      <w:r w:rsidRPr="00F565C9">
        <w:rPr>
          <w:rFonts w:ascii="Times New Roman" w:hAnsi="Times New Roman" w:cs="Times New Roman"/>
          <w:b/>
          <w:bCs/>
          <w:sz w:val="24"/>
          <w:szCs w:val="24"/>
        </w:rPr>
        <w:t>Jun</w:t>
      </w:r>
      <w:r w:rsidRPr="00F728B6">
        <w:rPr>
          <w:rFonts w:ascii="Times New Roman" w:hAnsi="Times New Roman" w:cs="Times New Roman"/>
          <w:b/>
          <w:bCs/>
          <w:sz w:val="24"/>
          <w:szCs w:val="24"/>
        </w:rPr>
        <w:t xml:space="preserve"> 2016 – </w:t>
      </w:r>
      <w:r w:rsidRPr="00F565C9">
        <w:rPr>
          <w:rFonts w:ascii="Times New Roman" w:hAnsi="Times New Roman" w:cs="Times New Roman"/>
          <w:b/>
          <w:bCs/>
          <w:sz w:val="24"/>
          <w:szCs w:val="24"/>
        </w:rPr>
        <w:t>Jan</w:t>
      </w:r>
      <w:r w:rsidRPr="00F728B6">
        <w:rPr>
          <w:rFonts w:ascii="Times New Roman" w:hAnsi="Times New Roman" w:cs="Times New Roman"/>
          <w:b/>
          <w:bCs/>
          <w:sz w:val="24"/>
          <w:szCs w:val="24"/>
        </w:rPr>
        <w:t xml:space="preserve"> 2017</w:t>
      </w:r>
    </w:p>
    <w:p w14:paraId="7F3EA3A5" w14:textId="77777777" w:rsidR="00F728B6" w:rsidRPr="00F728B6" w:rsidRDefault="00F728B6" w:rsidP="00F728B6">
      <w:pPr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F728B6">
        <w:rPr>
          <w:rFonts w:ascii="Times New Roman" w:hAnsi="Times New Roman" w:cs="Times New Roman"/>
          <w:sz w:val="24"/>
          <w:szCs w:val="24"/>
        </w:rPr>
        <w:t xml:space="preserve">Developed automation frameworks for IoT platform (Predix) </w:t>
      </w:r>
    </w:p>
    <w:p w14:paraId="2118E070" w14:textId="77777777" w:rsidR="00F728B6" w:rsidRPr="00F728B6" w:rsidRDefault="00F728B6" w:rsidP="00F728B6">
      <w:pPr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F728B6">
        <w:rPr>
          <w:rFonts w:ascii="Times New Roman" w:hAnsi="Times New Roman" w:cs="Times New Roman"/>
          <w:sz w:val="24"/>
          <w:szCs w:val="24"/>
        </w:rPr>
        <w:t xml:space="preserve">Used Selenium with Protractor and BDD (Cucumber) for end-to-end testing </w:t>
      </w:r>
    </w:p>
    <w:p w14:paraId="5266E6F4" w14:textId="77777777" w:rsidR="00F728B6" w:rsidRPr="00F728B6" w:rsidRDefault="00F728B6" w:rsidP="00F728B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728B6">
        <w:rPr>
          <w:rFonts w:ascii="Times New Roman" w:hAnsi="Times New Roman" w:cs="Times New Roman"/>
          <w:b/>
          <w:bCs/>
          <w:sz w:val="24"/>
          <w:szCs w:val="24"/>
        </w:rPr>
        <w:t>Technologies: Java, Selenium, Protractor, Cucumber, Maven</w:t>
      </w:r>
    </w:p>
    <w:p w14:paraId="50B6F64E" w14:textId="19679E60" w:rsidR="00F728B6" w:rsidRDefault="00F728B6" w:rsidP="00F728B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9CB09B4" w14:textId="77777777" w:rsidR="00E75C9A" w:rsidRPr="00F728B6" w:rsidRDefault="00E75C9A" w:rsidP="00F728B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613FC1C" w14:textId="58BC76AA" w:rsidR="00F728B6" w:rsidRPr="00F728B6" w:rsidRDefault="00F728B6" w:rsidP="00F728B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728B6">
        <w:rPr>
          <w:rFonts w:ascii="Times New Roman" w:hAnsi="Times New Roman" w:cs="Times New Roman"/>
          <w:b/>
          <w:bCs/>
          <w:sz w:val="24"/>
          <w:szCs w:val="24"/>
        </w:rPr>
        <w:t>Instart Logic</w:t>
      </w:r>
      <w:r w:rsidR="004420E9" w:rsidRPr="00F565C9">
        <w:rPr>
          <w:rFonts w:ascii="Times New Roman" w:hAnsi="Times New Roman" w:cs="Times New Roman"/>
          <w:b/>
          <w:bCs/>
          <w:sz w:val="24"/>
          <w:szCs w:val="24"/>
        </w:rPr>
        <w:t xml:space="preserve"> - </w:t>
      </w:r>
      <w:r w:rsidR="004420E9" w:rsidRPr="00F728B6">
        <w:rPr>
          <w:rFonts w:ascii="Times New Roman" w:hAnsi="Times New Roman" w:cs="Times New Roman"/>
          <w:b/>
          <w:bCs/>
          <w:sz w:val="24"/>
          <w:szCs w:val="24"/>
        </w:rPr>
        <w:t>Palo Alto, CA</w:t>
      </w:r>
    </w:p>
    <w:p w14:paraId="17BB759F" w14:textId="3AF30716" w:rsidR="00F728B6" w:rsidRPr="00F728B6" w:rsidRDefault="004420E9" w:rsidP="004420E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728B6">
        <w:rPr>
          <w:rFonts w:ascii="Times New Roman" w:hAnsi="Times New Roman" w:cs="Times New Roman"/>
          <w:b/>
          <w:bCs/>
          <w:sz w:val="24"/>
          <w:szCs w:val="24"/>
        </w:rPr>
        <w:t>Member of Technical Staff</w:t>
      </w:r>
      <w:r w:rsidRPr="00F565C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565C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565C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565C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565C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565C9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F728B6" w:rsidRPr="00F728B6">
        <w:rPr>
          <w:rFonts w:ascii="Times New Roman" w:hAnsi="Times New Roman" w:cs="Times New Roman"/>
          <w:b/>
          <w:bCs/>
          <w:sz w:val="24"/>
          <w:szCs w:val="24"/>
        </w:rPr>
        <w:t>Apr 2014 – Apr 2016</w:t>
      </w:r>
    </w:p>
    <w:p w14:paraId="0D9C1820" w14:textId="77777777" w:rsidR="00F728B6" w:rsidRPr="00F728B6" w:rsidRDefault="00F728B6" w:rsidP="00F728B6">
      <w:pPr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F728B6">
        <w:rPr>
          <w:rFonts w:ascii="Times New Roman" w:hAnsi="Times New Roman" w:cs="Times New Roman"/>
          <w:sz w:val="24"/>
          <w:szCs w:val="24"/>
        </w:rPr>
        <w:t xml:space="preserve">Worked on performance optimization systems for enterprise web applications </w:t>
      </w:r>
    </w:p>
    <w:p w14:paraId="3856426A" w14:textId="77777777" w:rsidR="00F728B6" w:rsidRPr="00F728B6" w:rsidRDefault="00F728B6" w:rsidP="00F728B6">
      <w:pPr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F728B6">
        <w:rPr>
          <w:rFonts w:ascii="Times New Roman" w:hAnsi="Times New Roman" w:cs="Times New Roman"/>
          <w:sz w:val="24"/>
          <w:szCs w:val="24"/>
        </w:rPr>
        <w:t xml:space="preserve">Developed automation frameworks using Java, JavaScript, and Node.js </w:t>
      </w:r>
    </w:p>
    <w:p w14:paraId="603EBE96" w14:textId="77777777" w:rsidR="00F728B6" w:rsidRPr="00F728B6" w:rsidRDefault="00F728B6" w:rsidP="00F728B6">
      <w:pPr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F728B6">
        <w:rPr>
          <w:rFonts w:ascii="Times New Roman" w:hAnsi="Times New Roman" w:cs="Times New Roman"/>
          <w:sz w:val="24"/>
          <w:szCs w:val="24"/>
        </w:rPr>
        <w:t xml:space="preserve">Built CI/CD pipelines using Jenkins and Docker </w:t>
      </w:r>
    </w:p>
    <w:p w14:paraId="622277C7" w14:textId="77777777" w:rsidR="00F728B6" w:rsidRPr="00F728B6" w:rsidRDefault="00F728B6" w:rsidP="00F728B6">
      <w:pPr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F728B6">
        <w:rPr>
          <w:rFonts w:ascii="Times New Roman" w:hAnsi="Times New Roman" w:cs="Times New Roman"/>
          <w:sz w:val="24"/>
          <w:szCs w:val="24"/>
        </w:rPr>
        <w:t xml:space="preserve">Implemented browser and mobile automation using Selenium and Appium </w:t>
      </w:r>
    </w:p>
    <w:p w14:paraId="5F59EDB9" w14:textId="77777777" w:rsidR="00F728B6" w:rsidRPr="00F728B6" w:rsidRDefault="00F728B6" w:rsidP="00F728B6">
      <w:pPr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F728B6">
        <w:rPr>
          <w:rFonts w:ascii="Times New Roman" w:hAnsi="Times New Roman" w:cs="Times New Roman"/>
          <w:sz w:val="24"/>
          <w:szCs w:val="24"/>
        </w:rPr>
        <w:t xml:space="preserve">Contributed to backend and proxy-based systems for improving page load performance </w:t>
      </w:r>
    </w:p>
    <w:p w14:paraId="1801C9A5" w14:textId="77777777" w:rsidR="00F728B6" w:rsidRPr="00F728B6" w:rsidRDefault="00F728B6" w:rsidP="00F728B6">
      <w:pPr>
        <w:rPr>
          <w:rFonts w:ascii="Times New Roman" w:hAnsi="Times New Roman" w:cs="Times New Roman"/>
          <w:sz w:val="24"/>
          <w:szCs w:val="24"/>
        </w:rPr>
      </w:pPr>
      <w:r w:rsidRPr="00F728B6">
        <w:rPr>
          <w:rFonts w:ascii="Times New Roman" w:hAnsi="Times New Roman" w:cs="Times New Roman"/>
          <w:b/>
          <w:bCs/>
          <w:sz w:val="24"/>
          <w:szCs w:val="24"/>
        </w:rPr>
        <w:t xml:space="preserve">Technologies: </w:t>
      </w:r>
      <w:r w:rsidRPr="00F728B6">
        <w:rPr>
          <w:rFonts w:ascii="Times New Roman" w:hAnsi="Times New Roman" w:cs="Times New Roman"/>
          <w:sz w:val="24"/>
          <w:szCs w:val="24"/>
        </w:rPr>
        <w:t>Java, Selenium, Appium, Node.js, JavaScript, TypeScript, Docker, Jenkins, Python</w:t>
      </w:r>
    </w:p>
    <w:p w14:paraId="17A186F3" w14:textId="0A27D6B6" w:rsidR="00F728B6" w:rsidRPr="00F728B6" w:rsidRDefault="00F728B6" w:rsidP="00F728B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AC2E11C" w14:textId="1C0DBEBF" w:rsidR="00F728B6" w:rsidRPr="00F728B6" w:rsidRDefault="00F728B6" w:rsidP="00F728B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728B6">
        <w:rPr>
          <w:rFonts w:ascii="Times New Roman" w:hAnsi="Times New Roman" w:cs="Times New Roman"/>
          <w:b/>
          <w:bCs/>
          <w:sz w:val="24"/>
          <w:szCs w:val="24"/>
        </w:rPr>
        <w:t>Riverbed Technology</w:t>
      </w:r>
      <w:r w:rsidR="004420E9" w:rsidRPr="00F565C9">
        <w:rPr>
          <w:rFonts w:ascii="Times New Roman" w:hAnsi="Times New Roman" w:cs="Times New Roman"/>
          <w:b/>
          <w:bCs/>
          <w:sz w:val="24"/>
          <w:szCs w:val="24"/>
        </w:rPr>
        <w:t xml:space="preserve"> - </w:t>
      </w:r>
      <w:r w:rsidR="004420E9" w:rsidRPr="00F728B6">
        <w:rPr>
          <w:rFonts w:ascii="Times New Roman" w:hAnsi="Times New Roman" w:cs="Times New Roman"/>
          <w:b/>
          <w:bCs/>
          <w:sz w:val="24"/>
          <w:szCs w:val="24"/>
        </w:rPr>
        <w:t>San Francisco, CA</w:t>
      </w:r>
    </w:p>
    <w:p w14:paraId="1142B7EE" w14:textId="4E1A658C" w:rsidR="00F728B6" w:rsidRPr="00F728B6" w:rsidRDefault="004420E9" w:rsidP="00F728B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728B6">
        <w:rPr>
          <w:rFonts w:ascii="Times New Roman" w:hAnsi="Times New Roman" w:cs="Times New Roman"/>
          <w:b/>
          <w:bCs/>
          <w:sz w:val="24"/>
          <w:szCs w:val="24"/>
        </w:rPr>
        <w:t>Member of Technical Staff</w:t>
      </w:r>
      <w:r w:rsidRPr="00F565C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565C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565C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565C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565C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565C9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F728B6" w:rsidRPr="00F728B6">
        <w:rPr>
          <w:rFonts w:ascii="Times New Roman" w:hAnsi="Times New Roman" w:cs="Times New Roman"/>
          <w:b/>
          <w:bCs/>
          <w:sz w:val="24"/>
          <w:szCs w:val="24"/>
        </w:rPr>
        <w:t>Apr 2012 – Apr 2014</w:t>
      </w:r>
    </w:p>
    <w:p w14:paraId="4796E73F" w14:textId="77777777" w:rsidR="00F728B6" w:rsidRPr="00F728B6" w:rsidRDefault="00F728B6" w:rsidP="00F728B6">
      <w:pPr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00F728B6">
        <w:rPr>
          <w:rFonts w:ascii="Times New Roman" w:hAnsi="Times New Roman" w:cs="Times New Roman"/>
          <w:sz w:val="24"/>
          <w:szCs w:val="24"/>
        </w:rPr>
        <w:t xml:space="preserve">Built end-to-end automation infrastructure using C# and Selenium </w:t>
      </w:r>
    </w:p>
    <w:p w14:paraId="0332482A" w14:textId="77777777" w:rsidR="00F728B6" w:rsidRPr="00F728B6" w:rsidRDefault="00F728B6" w:rsidP="00F728B6">
      <w:pPr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00F728B6">
        <w:rPr>
          <w:rFonts w:ascii="Times New Roman" w:hAnsi="Times New Roman" w:cs="Times New Roman"/>
          <w:sz w:val="24"/>
          <w:szCs w:val="24"/>
        </w:rPr>
        <w:t xml:space="preserve">Worked on performance and robustness testing for web optimization products </w:t>
      </w:r>
    </w:p>
    <w:p w14:paraId="3B07126E" w14:textId="77777777" w:rsidR="00F728B6" w:rsidRPr="00F728B6" w:rsidRDefault="00F728B6" w:rsidP="00F728B6">
      <w:pPr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00F728B6">
        <w:rPr>
          <w:rFonts w:ascii="Times New Roman" w:hAnsi="Times New Roman" w:cs="Times New Roman"/>
          <w:sz w:val="24"/>
          <w:szCs w:val="24"/>
        </w:rPr>
        <w:t xml:space="preserve">Designed tools to run large-scale automated testing across thousands of websites </w:t>
      </w:r>
    </w:p>
    <w:p w14:paraId="195ACF05" w14:textId="77777777" w:rsidR="00F728B6" w:rsidRPr="00F728B6" w:rsidRDefault="00F728B6" w:rsidP="00F728B6">
      <w:pPr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00F728B6">
        <w:rPr>
          <w:rFonts w:ascii="Times New Roman" w:hAnsi="Times New Roman" w:cs="Times New Roman"/>
          <w:sz w:val="24"/>
          <w:szCs w:val="24"/>
        </w:rPr>
        <w:t xml:space="preserve">Contributed to backend API validation and system-level testing </w:t>
      </w:r>
    </w:p>
    <w:p w14:paraId="4BC4C11E" w14:textId="77777777" w:rsidR="00F728B6" w:rsidRPr="00F728B6" w:rsidRDefault="00F728B6" w:rsidP="00F728B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728B6">
        <w:rPr>
          <w:rFonts w:ascii="Times New Roman" w:hAnsi="Times New Roman" w:cs="Times New Roman"/>
          <w:b/>
          <w:bCs/>
          <w:sz w:val="24"/>
          <w:szCs w:val="24"/>
        </w:rPr>
        <w:t xml:space="preserve">Technologies: </w:t>
      </w:r>
      <w:r w:rsidRPr="00F728B6">
        <w:rPr>
          <w:rFonts w:ascii="Times New Roman" w:hAnsi="Times New Roman" w:cs="Times New Roman"/>
          <w:sz w:val="24"/>
          <w:szCs w:val="24"/>
        </w:rPr>
        <w:t>C#, C++, Selenium, Bash, Pycurl</w:t>
      </w:r>
    </w:p>
    <w:p w14:paraId="72ED5F7E" w14:textId="6FE59E94" w:rsidR="00F728B6" w:rsidRPr="00F728B6" w:rsidRDefault="00F728B6" w:rsidP="00F728B6">
      <w:pPr>
        <w:rPr>
          <w:rFonts w:ascii="Times New Roman" w:hAnsi="Times New Roman" w:cs="Times New Roman"/>
          <w:sz w:val="24"/>
          <w:szCs w:val="24"/>
        </w:rPr>
      </w:pPr>
    </w:p>
    <w:p w14:paraId="1775582A" w14:textId="77777777" w:rsidR="00F728B6" w:rsidRPr="00F728B6" w:rsidRDefault="00F728B6" w:rsidP="00F728B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728B6">
        <w:rPr>
          <w:rFonts w:ascii="Times New Roman" w:hAnsi="Times New Roman" w:cs="Times New Roman"/>
          <w:b/>
          <w:bCs/>
          <w:sz w:val="24"/>
          <w:szCs w:val="24"/>
        </w:rPr>
        <w:t>EDUCATION</w:t>
      </w:r>
    </w:p>
    <w:p w14:paraId="0BC4129C" w14:textId="77777777" w:rsidR="00F728B6" w:rsidRPr="00F728B6" w:rsidRDefault="00F728B6" w:rsidP="00F728B6">
      <w:pPr>
        <w:rPr>
          <w:rFonts w:ascii="Times New Roman" w:hAnsi="Times New Roman" w:cs="Times New Roman"/>
          <w:sz w:val="24"/>
          <w:szCs w:val="24"/>
        </w:rPr>
      </w:pPr>
      <w:r w:rsidRPr="00F728B6">
        <w:rPr>
          <w:rFonts w:ascii="Times New Roman" w:hAnsi="Times New Roman" w:cs="Times New Roman"/>
          <w:sz w:val="24"/>
          <w:szCs w:val="24"/>
        </w:rPr>
        <w:t>M.S. Computer Engineering</w:t>
      </w:r>
      <w:r w:rsidRPr="00F728B6">
        <w:rPr>
          <w:rFonts w:ascii="Times New Roman" w:hAnsi="Times New Roman" w:cs="Times New Roman"/>
          <w:sz w:val="24"/>
          <w:szCs w:val="24"/>
        </w:rPr>
        <w:br/>
        <w:t>Santa Clara University (GPA: 3.8)</w:t>
      </w:r>
    </w:p>
    <w:p w14:paraId="7C0AABDB" w14:textId="77777777" w:rsidR="00F728B6" w:rsidRPr="00F728B6" w:rsidRDefault="00F728B6" w:rsidP="00F728B6">
      <w:pPr>
        <w:rPr>
          <w:rFonts w:ascii="Times New Roman" w:hAnsi="Times New Roman" w:cs="Times New Roman"/>
          <w:sz w:val="24"/>
          <w:szCs w:val="24"/>
        </w:rPr>
      </w:pPr>
      <w:r w:rsidRPr="00F728B6">
        <w:rPr>
          <w:rFonts w:ascii="Times New Roman" w:hAnsi="Times New Roman" w:cs="Times New Roman"/>
          <w:sz w:val="24"/>
          <w:szCs w:val="24"/>
        </w:rPr>
        <w:t>B.S. Computer Science &amp; Engineering</w:t>
      </w:r>
      <w:r w:rsidRPr="00F728B6">
        <w:rPr>
          <w:rFonts w:ascii="Times New Roman" w:hAnsi="Times New Roman" w:cs="Times New Roman"/>
          <w:sz w:val="24"/>
          <w:szCs w:val="24"/>
        </w:rPr>
        <w:br/>
        <w:t>IIT Kanpur</w:t>
      </w:r>
    </w:p>
    <w:p w14:paraId="406FF1CF" w14:textId="7D4031B4" w:rsidR="00F728B6" w:rsidRDefault="00F728B6" w:rsidP="00F728B6">
      <w:pPr>
        <w:rPr>
          <w:rFonts w:ascii="Times New Roman" w:hAnsi="Times New Roman" w:cs="Times New Roman"/>
          <w:sz w:val="24"/>
          <w:szCs w:val="24"/>
        </w:rPr>
      </w:pPr>
    </w:p>
    <w:p w14:paraId="2F97A4F8" w14:textId="77777777" w:rsidR="00E75C9A" w:rsidRDefault="00E75C9A" w:rsidP="00F728B6">
      <w:pPr>
        <w:rPr>
          <w:rFonts w:ascii="Times New Roman" w:hAnsi="Times New Roman" w:cs="Times New Roman"/>
          <w:sz w:val="24"/>
          <w:szCs w:val="24"/>
        </w:rPr>
      </w:pPr>
    </w:p>
    <w:p w14:paraId="1778976C" w14:textId="77777777" w:rsidR="00E75C9A" w:rsidRPr="00F728B6" w:rsidRDefault="00E75C9A" w:rsidP="00F728B6">
      <w:pPr>
        <w:rPr>
          <w:rFonts w:ascii="Times New Roman" w:hAnsi="Times New Roman" w:cs="Times New Roman"/>
          <w:sz w:val="24"/>
          <w:szCs w:val="24"/>
        </w:rPr>
      </w:pPr>
    </w:p>
    <w:p w14:paraId="219C78C7" w14:textId="77777777" w:rsidR="00F728B6" w:rsidRPr="00F728B6" w:rsidRDefault="00F728B6" w:rsidP="00F728B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728B6">
        <w:rPr>
          <w:rFonts w:ascii="Times New Roman" w:hAnsi="Times New Roman" w:cs="Times New Roman"/>
          <w:b/>
          <w:bCs/>
          <w:sz w:val="24"/>
          <w:szCs w:val="24"/>
        </w:rPr>
        <w:t>AWARDS &amp; PATENTS</w:t>
      </w:r>
    </w:p>
    <w:p w14:paraId="0AD23753" w14:textId="77777777" w:rsidR="00F728B6" w:rsidRPr="00F728B6" w:rsidRDefault="00F728B6" w:rsidP="00F728B6">
      <w:pPr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F728B6">
        <w:rPr>
          <w:rFonts w:ascii="Times New Roman" w:hAnsi="Times New Roman" w:cs="Times New Roman"/>
          <w:sz w:val="24"/>
          <w:szCs w:val="24"/>
        </w:rPr>
        <w:t xml:space="preserve">Patent: Method for facilitating cell placement in IC design </w:t>
      </w:r>
    </w:p>
    <w:p w14:paraId="3DA11423" w14:textId="77777777" w:rsidR="00F728B6" w:rsidRPr="00F728B6" w:rsidRDefault="00F728B6" w:rsidP="00F728B6">
      <w:pPr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F728B6">
        <w:rPr>
          <w:rFonts w:ascii="Times New Roman" w:hAnsi="Times New Roman" w:cs="Times New Roman"/>
          <w:sz w:val="24"/>
          <w:szCs w:val="24"/>
        </w:rPr>
        <w:t xml:space="preserve">TCS Best Project Award </w:t>
      </w:r>
    </w:p>
    <w:p w14:paraId="678E6A43" w14:textId="77777777" w:rsidR="00F728B6" w:rsidRPr="00F728B6" w:rsidRDefault="00F728B6" w:rsidP="00F728B6">
      <w:pPr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F728B6">
        <w:rPr>
          <w:rFonts w:ascii="Times New Roman" w:hAnsi="Times New Roman" w:cs="Times New Roman"/>
          <w:sz w:val="24"/>
          <w:szCs w:val="24"/>
        </w:rPr>
        <w:t>SUN Microsystems ATTA Award</w:t>
      </w:r>
    </w:p>
    <w:p w14:paraId="2E42795E" w14:textId="77777777" w:rsidR="00F728B6" w:rsidRPr="00F565C9" w:rsidRDefault="00F728B6" w:rsidP="00F728B6">
      <w:pPr>
        <w:rPr>
          <w:rFonts w:ascii="Times New Roman" w:hAnsi="Times New Roman" w:cs="Times New Roman"/>
          <w:sz w:val="24"/>
          <w:szCs w:val="24"/>
        </w:rPr>
      </w:pPr>
    </w:p>
    <w:sectPr w:rsidR="00F728B6" w:rsidRPr="00F565C9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205DD6"/>
    <w:multiLevelType w:val="multilevel"/>
    <w:tmpl w:val="3920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7980D92"/>
    <w:multiLevelType w:val="multilevel"/>
    <w:tmpl w:val="7EAAA7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9900642"/>
    <w:multiLevelType w:val="multilevel"/>
    <w:tmpl w:val="8EF82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A731440"/>
    <w:multiLevelType w:val="multilevel"/>
    <w:tmpl w:val="0CBA9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650373C"/>
    <w:multiLevelType w:val="multilevel"/>
    <w:tmpl w:val="60AC0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A1C4E56"/>
    <w:multiLevelType w:val="multilevel"/>
    <w:tmpl w:val="E1422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82016C4"/>
    <w:multiLevelType w:val="multilevel"/>
    <w:tmpl w:val="299EF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3144AEE"/>
    <w:multiLevelType w:val="multilevel"/>
    <w:tmpl w:val="A5C40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98E3756"/>
    <w:multiLevelType w:val="multilevel"/>
    <w:tmpl w:val="314CB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B7F2C81"/>
    <w:multiLevelType w:val="multilevel"/>
    <w:tmpl w:val="2F588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B51149B"/>
    <w:multiLevelType w:val="multilevel"/>
    <w:tmpl w:val="6964C2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37C7FF2"/>
    <w:multiLevelType w:val="multilevel"/>
    <w:tmpl w:val="7AA0D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D4275C9"/>
    <w:multiLevelType w:val="multilevel"/>
    <w:tmpl w:val="E4B0E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0EE65ED"/>
    <w:multiLevelType w:val="multilevel"/>
    <w:tmpl w:val="F3D28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D064ED8"/>
    <w:multiLevelType w:val="multilevel"/>
    <w:tmpl w:val="EB141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2810502"/>
    <w:multiLevelType w:val="multilevel"/>
    <w:tmpl w:val="9CC4A7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99A544F"/>
    <w:multiLevelType w:val="multilevel"/>
    <w:tmpl w:val="2D48A7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AB6727D"/>
    <w:multiLevelType w:val="multilevel"/>
    <w:tmpl w:val="F90E42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46059011">
    <w:abstractNumId w:val="8"/>
  </w:num>
  <w:num w:numId="2" w16cid:durableId="1197233246">
    <w:abstractNumId w:val="6"/>
  </w:num>
  <w:num w:numId="3" w16cid:durableId="489369470">
    <w:abstractNumId w:val="5"/>
  </w:num>
  <w:num w:numId="4" w16cid:durableId="1805540618">
    <w:abstractNumId w:val="4"/>
  </w:num>
  <w:num w:numId="5" w16cid:durableId="1759667852">
    <w:abstractNumId w:val="7"/>
  </w:num>
  <w:num w:numId="6" w16cid:durableId="1979527554">
    <w:abstractNumId w:val="3"/>
  </w:num>
  <w:num w:numId="7" w16cid:durableId="1391342679">
    <w:abstractNumId w:val="2"/>
  </w:num>
  <w:num w:numId="8" w16cid:durableId="1064061952">
    <w:abstractNumId w:val="1"/>
  </w:num>
  <w:num w:numId="9" w16cid:durableId="1162547719">
    <w:abstractNumId w:val="0"/>
  </w:num>
  <w:num w:numId="10" w16cid:durableId="1273049828">
    <w:abstractNumId w:val="15"/>
  </w:num>
  <w:num w:numId="11" w16cid:durableId="537202601">
    <w:abstractNumId w:val="13"/>
  </w:num>
  <w:num w:numId="12" w16cid:durableId="392655846">
    <w:abstractNumId w:val="12"/>
  </w:num>
  <w:num w:numId="13" w16cid:durableId="548226496">
    <w:abstractNumId w:val="10"/>
  </w:num>
  <w:num w:numId="14" w16cid:durableId="733167472">
    <w:abstractNumId w:val="9"/>
  </w:num>
  <w:num w:numId="15" w16cid:durableId="1309238269">
    <w:abstractNumId w:val="21"/>
  </w:num>
  <w:num w:numId="16" w16cid:durableId="175653652">
    <w:abstractNumId w:val="17"/>
  </w:num>
  <w:num w:numId="17" w16cid:durableId="1966959840">
    <w:abstractNumId w:val="14"/>
  </w:num>
  <w:num w:numId="18" w16cid:durableId="1643460467">
    <w:abstractNumId w:val="11"/>
  </w:num>
  <w:num w:numId="19" w16cid:durableId="209195634">
    <w:abstractNumId w:val="23"/>
  </w:num>
  <w:num w:numId="20" w16cid:durableId="1954629714">
    <w:abstractNumId w:val="22"/>
  </w:num>
  <w:num w:numId="21" w16cid:durableId="1070881776">
    <w:abstractNumId w:val="18"/>
  </w:num>
  <w:num w:numId="22" w16cid:durableId="1250388846">
    <w:abstractNumId w:val="20"/>
  </w:num>
  <w:num w:numId="23" w16cid:durableId="1903707965">
    <w:abstractNumId w:val="16"/>
  </w:num>
  <w:num w:numId="24" w16cid:durableId="195965523">
    <w:abstractNumId w:val="25"/>
  </w:num>
  <w:num w:numId="25" w16cid:durableId="689575579">
    <w:abstractNumId w:val="19"/>
  </w:num>
  <w:num w:numId="26" w16cid:durableId="1932548548">
    <w:abstractNumId w:val="24"/>
  </w:num>
  <w:num w:numId="27" w16cid:durableId="631400100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1604C"/>
    <w:rsid w:val="00034616"/>
    <w:rsid w:val="00057714"/>
    <w:rsid w:val="0006063C"/>
    <w:rsid w:val="0015074B"/>
    <w:rsid w:val="001D58EF"/>
    <w:rsid w:val="0029639D"/>
    <w:rsid w:val="00326F90"/>
    <w:rsid w:val="004420E9"/>
    <w:rsid w:val="0047575B"/>
    <w:rsid w:val="005960CC"/>
    <w:rsid w:val="007713BE"/>
    <w:rsid w:val="008804D2"/>
    <w:rsid w:val="009C4F60"/>
    <w:rsid w:val="009F5FB0"/>
    <w:rsid w:val="00AA1D8D"/>
    <w:rsid w:val="00B47730"/>
    <w:rsid w:val="00CB0664"/>
    <w:rsid w:val="00E75C9A"/>
    <w:rsid w:val="00F565C9"/>
    <w:rsid w:val="00F728B6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1E49210"/>
  <w14:defaultImageDpi w14:val="300"/>
  <w15:docId w15:val="{E82EEA0D-9881-4C18-8F86-25531BD3E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7</Pages>
  <Words>1191</Words>
  <Characters>6790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7966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Kushal Desai</cp:lastModifiedBy>
  <cp:revision>9</cp:revision>
  <dcterms:created xsi:type="dcterms:W3CDTF">2013-12-23T23:15:00Z</dcterms:created>
  <dcterms:modified xsi:type="dcterms:W3CDTF">2026-04-06T23:34:00Z</dcterms:modified>
  <cp:category/>
</cp:coreProperties>
</file>